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jc w:val="center"/>
        <w:tblLayout w:type="fixed"/>
        <w:tblLook w:val="04A0" w:firstRow="1" w:lastRow="0" w:firstColumn="1" w:lastColumn="0" w:noHBand="0" w:noVBand="1"/>
      </w:tblPr>
      <w:tblGrid>
        <w:gridCol w:w="3145"/>
        <w:gridCol w:w="6353"/>
      </w:tblGrid>
      <w:tr w:rsidR="006740C9" w:rsidRPr="00A0331B" w:rsidTr="00952D99">
        <w:trPr>
          <w:jc w:val="center"/>
        </w:trPr>
        <w:tc>
          <w:tcPr>
            <w:tcW w:w="3145" w:type="dxa"/>
          </w:tcPr>
          <w:p w:rsidR="006740C9" w:rsidRPr="00A0331B" w:rsidRDefault="00A95347" w:rsidP="00A0331B">
            <w:pPr>
              <w:spacing w:after="0"/>
              <w:jc w:val="center"/>
              <w:rPr>
                <w:b/>
                <w:sz w:val="28"/>
                <w:szCs w:val="28"/>
              </w:rPr>
            </w:pPr>
            <w:r>
              <w:rPr>
                <w:b/>
                <w:noProof/>
                <w:sz w:val="28"/>
                <w:szCs w:val="28"/>
              </w:rPr>
              <mc:AlternateContent>
                <mc:Choice Requires="wps">
                  <w:drawing>
                    <wp:anchor distT="0" distB="0" distL="114300" distR="114300" simplePos="0" relativeHeight="251659264" behindDoc="0" locked="0" layoutInCell="1" allowOverlap="1" wp14:anchorId="58D45178" wp14:editId="64465743">
                      <wp:simplePos x="0" y="0"/>
                      <wp:positionH relativeFrom="column">
                        <wp:posOffset>424815</wp:posOffset>
                      </wp:positionH>
                      <wp:positionV relativeFrom="paragraph">
                        <wp:posOffset>461010</wp:posOffset>
                      </wp:positionV>
                      <wp:extent cx="10287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028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45pt,36.3pt" to="114.45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" strokecolor="black [3040]"/>
                  </w:pict>
                </mc:Fallback>
              </mc:AlternateContent>
            </w:r>
            <w:r w:rsidR="004842A6" w:rsidRPr="00A0331B">
              <w:rPr>
                <w:b/>
                <w:sz w:val="28"/>
                <w:szCs w:val="28"/>
              </w:rPr>
              <w:t>ỦY BAN NHÂN DÂN</w:t>
            </w:r>
            <w:r w:rsidR="004842A6" w:rsidRPr="00A0331B">
              <w:rPr>
                <w:b/>
                <w:sz w:val="28"/>
                <w:szCs w:val="28"/>
              </w:rPr>
              <w:br/>
              <w:t xml:space="preserve">XÃ </w:t>
            </w:r>
            <w:r w:rsidR="000E7ACE">
              <w:rPr>
                <w:b/>
                <w:sz w:val="28"/>
                <w:szCs w:val="28"/>
              </w:rPr>
              <w:t>ĐỨC THỊNH</w:t>
            </w:r>
          </w:p>
          <w:p w:rsidR="00A0331B" w:rsidRPr="00A0331B" w:rsidRDefault="00A0331B" w:rsidP="00A0331B">
            <w:pPr>
              <w:spacing w:after="0"/>
              <w:jc w:val="center"/>
              <w:rPr>
                <w:sz w:val="28"/>
                <w:szCs w:val="28"/>
              </w:rPr>
            </w:pPr>
          </w:p>
          <w:p w:rsidR="006740C9" w:rsidRPr="00A0331B" w:rsidRDefault="004842A6">
            <w:pPr>
              <w:jc w:val="center"/>
              <w:rPr>
                <w:sz w:val="28"/>
                <w:szCs w:val="28"/>
              </w:rPr>
            </w:pPr>
            <w:r w:rsidRPr="00A0331B">
              <w:rPr>
                <w:sz w:val="28"/>
                <w:szCs w:val="28"/>
              </w:rPr>
              <w:t>Số:       /KH-UBND</w:t>
            </w:r>
          </w:p>
        </w:tc>
        <w:tc>
          <w:tcPr>
            <w:tcW w:w="6353" w:type="dxa"/>
          </w:tcPr>
          <w:p w:rsidR="006740C9" w:rsidRPr="00A0331B" w:rsidRDefault="004842A6" w:rsidP="00A0331B">
            <w:pPr>
              <w:spacing w:after="0"/>
              <w:jc w:val="center"/>
              <w:rPr>
                <w:sz w:val="28"/>
                <w:szCs w:val="28"/>
              </w:rPr>
            </w:pPr>
            <w:r w:rsidRPr="00A0331B">
              <w:rPr>
                <w:b/>
                <w:sz w:val="28"/>
                <w:szCs w:val="28"/>
              </w:rPr>
              <w:t>CỘNG HÒA XÃ HỘI CHỦ NGHĨA VIỆT NAM</w:t>
            </w:r>
          </w:p>
          <w:p w:rsidR="00A0331B" w:rsidRPr="00A0331B" w:rsidRDefault="006F7F77" w:rsidP="00A0331B">
            <w:pPr>
              <w:spacing w:after="0"/>
              <w:jc w:val="center"/>
              <w:rPr>
                <w:b/>
                <w:sz w:val="28"/>
                <w:szCs w:val="28"/>
              </w:rPr>
            </w:pPr>
            <w:r>
              <w:rPr>
                <w:b/>
                <w:noProof/>
                <w:sz w:val="28"/>
                <w:szCs w:val="28"/>
              </w:rPr>
              <mc:AlternateContent>
                <mc:Choice Requires="wps">
                  <w:drawing>
                    <wp:anchor distT="0" distB="0" distL="114300" distR="114300" simplePos="0" relativeHeight="251660288" behindDoc="0" locked="0" layoutInCell="1" allowOverlap="1" wp14:anchorId="7342490C" wp14:editId="50F950A9">
                      <wp:simplePos x="0" y="0"/>
                      <wp:positionH relativeFrom="column">
                        <wp:posOffset>874395</wp:posOffset>
                      </wp:positionH>
                      <wp:positionV relativeFrom="paragraph">
                        <wp:posOffset>216535</wp:posOffset>
                      </wp:positionV>
                      <wp:extent cx="21431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2143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8.85pt,17.05pt" to="237.6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" strokecolor="black [3040]"/>
                  </w:pict>
                </mc:Fallback>
              </mc:AlternateContent>
            </w:r>
            <w:r w:rsidR="004842A6" w:rsidRPr="00A0331B">
              <w:rPr>
                <w:b/>
                <w:sz w:val="28"/>
                <w:szCs w:val="28"/>
              </w:rPr>
              <w:t>Độc lập - Tự do - Hạnh phúc</w:t>
            </w:r>
          </w:p>
          <w:p w:rsidR="00A0331B" w:rsidRPr="00A95347" w:rsidRDefault="00A0331B" w:rsidP="00A0331B">
            <w:pPr>
              <w:spacing w:after="0"/>
              <w:jc w:val="center"/>
              <w:rPr>
                <w:sz w:val="22"/>
                <w:szCs w:val="28"/>
              </w:rPr>
            </w:pPr>
          </w:p>
          <w:p w:rsidR="006740C9" w:rsidRPr="00A0331B" w:rsidRDefault="000E7ACE" w:rsidP="00A0331B">
            <w:pPr>
              <w:spacing w:after="0"/>
              <w:jc w:val="center"/>
              <w:rPr>
                <w:sz w:val="28"/>
                <w:szCs w:val="28"/>
              </w:rPr>
            </w:pPr>
            <w:r>
              <w:rPr>
                <w:i/>
                <w:sz w:val="28"/>
                <w:szCs w:val="28"/>
              </w:rPr>
              <w:t>Đức Thịnh</w:t>
            </w:r>
            <w:r w:rsidR="004842A6" w:rsidRPr="00A0331B">
              <w:rPr>
                <w:i/>
                <w:sz w:val="28"/>
                <w:szCs w:val="28"/>
              </w:rPr>
              <w:t xml:space="preserve">, ngày      tháng </w:t>
            </w:r>
            <w:r w:rsidR="00A0331B">
              <w:rPr>
                <w:i/>
                <w:sz w:val="28"/>
                <w:szCs w:val="28"/>
              </w:rPr>
              <w:t>9</w:t>
            </w:r>
            <w:r w:rsidR="004842A6" w:rsidRPr="00A0331B">
              <w:rPr>
                <w:i/>
                <w:sz w:val="28"/>
                <w:szCs w:val="28"/>
              </w:rPr>
              <w:t xml:space="preserve"> năm 2026</w:t>
            </w:r>
          </w:p>
        </w:tc>
      </w:tr>
    </w:tbl>
    <w:p w:rsidR="00A0331B" w:rsidRPr="00A0331B" w:rsidRDefault="00A0331B" w:rsidP="00A0331B">
      <w:pPr>
        <w:jc w:val="center"/>
        <w:rPr>
          <w:b/>
          <w:sz w:val="14"/>
          <w:szCs w:val="28"/>
        </w:rPr>
      </w:pPr>
    </w:p>
    <w:p w:rsidR="006740C9" w:rsidRPr="00A0331B" w:rsidRDefault="004842A6" w:rsidP="00A0331B">
      <w:pPr>
        <w:spacing w:after="0"/>
        <w:jc w:val="center"/>
        <w:rPr>
          <w:sz w:val="28"/>
          <w:szCs w:val="28"/>
        </w:rPr>
      </w:pPr>
      <w:r w:rsidRPr="00A0331B">
        <w:rPr>
          <w:b/>
          <w:sz w:val="28"/>
          <w:szCs w:val="28"/>
        </w:rPr>
        <w:t>KẾ HOẠCH</w:t>
      </w:r>
    </w:p>
    <w:p w:rsidR="006740C9" w:rsidRDefault="004842A6" w:rsidP="00A0331B">
      <w:pPr>
        <w:spacing w:after="0"/>
        <w:jc w:val="center"/>
        <w:rPr>
          <w:b/>
          <w:sz w:val="28"/>
          <w:szCs w:val="28"/>
        </w:rPr>
      </w:pPr>
      <w:r w:rsidRPr="00A0331B">
        <w:rPr>
          <w:b/>
          <w:sz w:val="28"/>
          <w:szCs w:val="28"/>
        </w:rPr>
        <w:t>Triển khai công tác quản lý về xây dựng và thực hiện hương ước,</w:t>
      </w:r>
      <w:r w:rsidRPr="00A0331B">
        <w:rPr>
          <w:b/>
          <w:sz w:val="28"/>
          <w:szCs w:val="28"/>
        </w:rPr>
        <w:br/>
        <w:t xml:space="preserve">quy ước của cộng đồng dân cư trên địa bàn xã </w:t>
      </w:r>
      <w:r w:rsidR="000E7ACE">
        <w:rPr>
          <w:b/>
          <w:sz w:val="28"/>
          <w:szCs w:val="28"/>
        </w:rPr>
        <w:t>Đức Thịnh</w:t>
      </w:r>
      <w:r w:rsidRPr="00A0331B">
        <w:rPr>
          <w:b/>
          <w:sz w:val="28"/>
          <w:szCs w:val="28"/>
        </w:rPr>
        <w:t xml:space="preserve"> năm 2026</w:t>
      </w:r>
    </w:p>
    <w:bookmarkStart w:id="0" w:name="_GoBack"/>
    <w:bookmarkEnd w:id="0"/>
    <w:p w:rsidR="00A0331B" w:rsidRPr="00780568" w:rsidRDefault="0043106B" w:rsidP="0043106B">
      <w:pPr>
        <w:spacing w:after="0"/>
        <w:rPr>
          <w:sz w:val="22"/>
          <w:szCs w:val="28"/>
        </w:rPr>
      </w:pPr>
      <w:r>
        <w:rPr>
          <w:noProof/>
          <w:sz w:val="22"/>
          <w:szCs w:val="28"/>
        </w:rPr>
        <mc:AlternateContent>
          <mc:Choice Requires="wps">
            <w:drawing>
              <wp:anchor distT="0" distB="0" distL="114300" distR="114300" simplePos="0" relativeHeight="251661312" behindDoc="0" locked="0" layoutInCell="1" allowOverlap="1" wp14:anchorId="726B343A" wp14:editId="15BF9700">
                <wp:simplePos x="0" y="0"/>
                <wp:positionH relativeFrom="column">
                  <wp:posOffset>2005965</wp:posOffset>
                </wp:positionH>
                <wp:positionV relativeFrom="paragraph">
                  <wp:posOffset>-3810</wp:posOffset>
                </wp:positionV>
                <wp:extent cx="173355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1733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95pt,-.3pt" to="294.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" strokecolor="black [3040]"/>
            </w:pict>
          </mc:Fallback>
        </mc:AlternateContent>
      </w:r>
    </w:p>
    <w:p w:rsidR="006740C9" w:rsidRPr="00A0331B" w:rsidRDefault="004842A6" w:rsidP="00A0331B">
      <w:pPr>
        <w:spacing w:after="0"/>
        <w:ind w:firstLine="567"/>
        <w:jc w:val="both"/>
        <w:rPr>
          <w:sz w:val="28"/>
          <w:szCs w:val="28"/>
        </w:rPr>
      </w:pPr>
      <w:r w:rsidRPr="00A0331B">
        <w:rPr>
          <w:sz w:val="28"/>
          <w:szCs w:val="28"/>
        </w:rPr>
        <w:t xml:space="preserve">Căn cứ </w:t>
      </w:r>
      <w:r w:rsidR="006E0EDF">
        <w:rPr>
          <w:sz w:val="28"/>
          <w:szCs w:val="28"/>
        </w:rPr>
        <w:t xml:space="preserve">Nghị định số 61/2023/NĐ-CP ngày </w:t>
      </w:r>
      <w:r w:rsidRPr="00A0331B">
        <w:rPr>
          <w:sz w:val="28"/>
          <w:szCs w:val="28"/>
        </w:rPr>
        <w:t xml:space="preserve">16/8/2023 của Chính phủ về xây dựng và thực hiện hương ước, quy ước của cộng đồng dân cư; </w:t>
      </w:r>
      <w:r w:rsidR="00366A99">
        <w:rPr>
          <w:sz w:val="28"/>
          <w:szCs w:val="28"/>
        </w:rPr>
        <w:t xml:space="preserve">Căn cứ tình hình thực tiễn sau sát nhập Thôn. </w:t>
      </w:r>
      <w:r w:rsidRPr="00A0331B">
        <w:rPr>
          <w:sz w:val="28"/>
          <w:szCs w:val="28"/>
        </w:rPr>
        <w:t xml:space="preserve">Ủy ban nhân dân xã ban hành Kế hoạch triển khai công tác quản lý về xây dựng và thực hiện hương ước, quy ước của cộng đồng dân cư trên địa bàn xã </w:t>
      </w:r>
      <w:r w:rsidR="000E7ACE">
        <w:rPr>
          <w:sz w:val="28"/>
          <w:szCs w:val="28"/>
        </w:rPr>
        <w:t>Đức Thịnh</w:t>
      </w:r>
      <w:r w:rsidRPr="00A0331B">
        <w:rPr>
          <w:sz w:val="28"/>
          <w:szCs w:val="28"/>
        </w:rPr>
        <w:t xml:space="preserve"> năm 2026, cụ thể như sau:</w:t>
      </w:r>
    </w:p>
    <w:p w:rsidR="006740C9" w:rsidRPr="00A0331B" w:rsidRDefault="004842A6" w:rsidP="00366A99">
      <w:pPr>
        <w:spacing w:before="120" w:after="40"/>
        <w:ind w:firstLine="567"/>
        <w:jc w:val="both"/>
        <w:rPr>
          <w:sz w:val="28"/>
          <w:szCs w:val="28"/>
        </w:rPr>
      </w:pPr>
      <w:r w:rsidRPr="00A0331B">
        <w:rPr>
          <w:b/>
          <w:sz w:val="28"/>
          <w:szCs w:val="28"/>
        </w:rPr>
        <w:t>I. MỤC ĐÍCH, YÊU CẦU</w:t>
      </w:r>
    </w:p>
    <w:p w:rsidR="006740C9" w:rsidRPr="00A0331B" w:rsidRDefault="004842A6" w:rsidP="00366A99">
      <w:pPr>
        <w:spacing w:after="0"/>
        <w:ind w:firstLine="567"/>
        <w:jc w:val="both"/>
        <w:rPr>
          <w:sz w:val="28"/>
          <w:szCs w:val="28"/>
        </w:rPr>
      </w:pPr>
      <w:r w:rsidRPr="00A0331B">
        <w:rPr>
          <w:b/>
          <w:sz w:val="28"/>
          <w:szCs w:val="28"/>
        </w:rPr>
        <w:t>1. Mục đích</w:t>
      </w:r>
    </w:p>
    <w:p w:rsidR="006740C9" w:rsidRPr="00A0331B" w:rsidRDefault="004842A6" w:rsidP="00366A99">
      <w:pPr>
        <w:spacing w:after="0"/>
        <w:ind w:firstLine="567"/>
        <w:jc w:val="both"/>
        <w:rPr>
          <w:sz w:val="28"/>
          <w:szCs w:val="28"/>
        </w:rPr>
      </w:pPr>
      <w:r w:rsidRPr="00A0331B">
        <w:rPr>
          <w:sz w:val="28"/>
          <w:szCs w:val="28"/>
        </w:rPr>
        <w:t xml:space="preserve"> - Thực hiện đồng bộ, thống nhất và có hiệu quả các quy định tại </w:t>
      </w:r>
      <w:r w:rsidR="000E7ACE">
        <w:rPr>
          <w:sz w:val="28"/>
          <w:szCs w:val="28"/>
        </w:rPr>
        <w:t xml:space="preserve">Nghị định số 61/2023/NĐ-CP ngày </w:t>
      </w:r>
      <w:r w:rsidRPr="00A0331B">
        <w:rPr>
          <w:sz w:val="28"/>
          <w:szCs w:val="28"/>
        </w:rPr>
        <w:t>16/8/2023 của Chính phủ về xây dựng và thực hiện hương ước, quy ước của cộng đồng dân cư và các văn bản khác có liên quan.</w:t>
      </w:r>
    </w:p>
    <w:p w:rsidR="006740C9" w:rsidRPr="00A0331B" w:rsidRDefault="004842A6" w:rsidP="00A0331B">
      <w:pPr>
        <w:spacing w:after="0"/>
        <w:jc w:val="both"/>
        <w:rPr>
          <w:sz w:val="28"/>
          <w:szCs w:val="28"/>
        </w:rPr>
      </w:pPr>
      <w:r w:rsidRPr="00A0331B">
        <w:rPr>
          <w:sz w:val="28"/>
          <w:szCs w:val="28"/>
        </w:rPr>
        <w:t xml:space="preserve"> </w:t>
      </w:r>
      <w:r w:rsidR="00366A99">
        <w:rPr>
          <w:sz w:val="28"/>
          <w:szCs w:val="28"/>
        </w:rPr>
        <w:tab/>
      </w:r>
      <w:r w:rsidRPr="00A0331B">
        <w:rPr>
          <w:sz w:val="28"/>
          <w:szCs w:val="28"/>
        </w:rPr>
        <w:t>- Tăng cường cơ chế phối hợp giữa các cơ quan, đơn vị và các thôn trong việc triển khai nhiệm vụ quản lý về xây dựng, thực hiện hương ước, quy ước trên địa bàn xã.</w:t>
      </w:r>
    </w:p>
    <w:p w:rsidR="006740C9" w:rsidRPr="00A0331B" w:rsidRDefault="004842A6" w:rsidP="00366A99">
      <w:pPr>
        <w:spacing w:after="0"/>
        <w:ind w:firstLine="720"/>
        <w:jc w:val="both"/>
        <w:rPr>
          <w:sz w:val="28"/>
          <w:szCs w:val="28"/>
        </w:rPr>
      </w:pPr>
      <w:r w:rsidRPr="00A0331B">
        <w:rPr>
          <w:sz w:val="28"/>
          <w:szCs w:val="28"/>
        </w:rPr>
        <w:t xml:space="preserve"> - Nâng cao nhận thức, trách nhiệm của đội ngũ cán bộ, công chức và Nhân dân trên địa bàn xã trong việc xây dựng, thực hiện hương ước, quy ước phù hợp với truyền thống văn hóa tốt đẹp của xã.</w:t>
      </w:r>
    </w:p>
    <w:p w:rsidR="006740C9" w:rsidRPr="00A0331B" w:rsidRDefault="004842A6" w:rsidP="00366A99">
      <w:pPr>
        <w:spacing w:after="0"/>
        <w:ind w:firstLine="720"/>
        <w:jc w:val="both"/>
        <w:rPr>
          <w:sz w:val="28"/>
          <w:szCs w:val="28"/>
        </w:rPr>
      </w:pPr>
      <w:r w:rsidRPr="00A0331B">
        <w:rPr>
          <w:b/>
          <w:sz w:val="28"/>
          <w:szCs w:val="28"/>
        </w:rPr>
        <w:t>2. Yêu cầu</w:t>
      </w:r>
    </w:p>
    <w:p w:rsidR="006740C9" w:rsidRPr="00A0331B" w:rsidRDefault="004842A6" w:rsidP="00366A99">
      <w:pPr>
        <w:spacing w:after="0"/>
        <w:ind w:firstLine="720"/>
        <w:jc w:val="both"/>
        <w:rPr>
          <w:sz w:val="28"/>
          <w:szCs w:val="28"/>
        </w:rPr>
      </w:pPr>
      <w:r w:rsidRPr="00A0331B">
        <w:rPr>
          <w:sz w:val="28"/>
          <w:szCs w:val="28"/>
        </w:rPr>
        <w:t xml:space="preserve"> - Công tác quản lý về xây dựng, thực hiện hương ước, quy ước phải có trọng tâm, trọng điểm, nội dung công việc phải gắn với trách nhiệm của từng cơ quan, đơn vị; việc xây dựng hương ước, quy ước phải đảm bảo tính tự nguyện, tự giác trên cơ sở thỏa thuận, thống nhất của cộng đồng dân cư; phát huy đầy đủ quyền làm chủ của Nhân dân; dựa trên nhu cầu tự quản của cộng đồng dân cư.</w:t>
      </w:r>
    </w:p>
    <w:p w:rsidR="006740C9" w:rsidRPr="00A0331B" w:rsidRDefault="004842A6" w:rsidP="00366A99">
      <w:pPr>
        <w:spacing w:after="0"/>
        <w:ind w:firstLine="720"/>
        <w:jc w:val="both"/>
        <w:rPr>
          <w:sz w:val="28"/>
          <w:szCs w:val="28"/>
        </w:rPr>
      </w:pPr>
      <w:r w:rsidRPr="00A0331B">
        <w:rPr>
          <w:sz w:val="28"/>
          <w:szCs w:val="28"/>
        </w:rPr>
        <w:t xml:space="preserve"> - Tăng cường kiểm tra, đôn đốc, hướng dẫn và tháo gỡ những khó khăn, vướng mắc trong quá trình triển khai.</w:t>
      </w:r>
    </w:p>
    <w:p w:rsidR="006740C9" w:rsidRPr="00A0331B" w:rsidRDefault="004842A6" w:rsidP="00366A99">
      <w:pPr>
        <w:spacing w:before="120" w:after="40"/>
        <w:ind w:firstLine="720"/>
        <w:jc w:val="both"/>
        <w:rPr>
          <w:sz w:val="28"/>
          <w:szCs w:val="28"/>
        </w:rPr>
      </w:pPr>
      <w:r w:rsidRPr="00A0331B">
        <w:rPr>
          <w:b/>
          <w:sz w:val="28"/>
          <w:szCs w:val="28"/>
        </w:rPr>
        <w:t>II. NỘI DUNG THỰC HIỆN</w:t>
      </w:r>
    </w:p>
    <w:p w:rsidR="006740C9" w:rsidRPr="00A0331B" w:rsidRDefault="004842A6" w:rsidP="00366A99">
      <w:pPr>
        <w:spacing w:after="0"/>
        <w:ind w:firstLine="720"/>
        <w:jc w:val="both"/>
        <w:rPr>
          <w:sz w:val="28"/>
          <w:szCs w:val="28"/>
        </w:rPr>
      </w:pPr>
      <w:r w:rsidRPr="00A0331B">
        <w:rPr>
          <w:b/>
          <w:sz w:val="28"/>
          <w:szCs w:val="28"/>
        </w:rPr>
        <w:t>1. Tổ chức tuyên truyền, phổ biến pháp luật, hướng dẫn nghiệp vụ về xây dựng, thực hiện hương ước, quy ước</w:t>
      </w:r>
    </w:p>
    <w:p w:rsidR="006740C9" w:rsidRPr="00A0331B" w:rsidRDefault="004842A6" w:rsidP="00A0331B">
      <w:pPr>
        <w:spacing w:after="0"/>
        <w:jc w:val="both"/>
        <w:rPr>
          <w:sz w:val="28"/>
          <w:szCs w:val="28"/>
        </w:rPr>
      </w:pPr>
      <w:r w:rsidRPr="00A0331B">
        <w:rPr>
          <w:sz w:val="28"/>
          <w:szCs w:val="28"/>
        </w:rPr>
        <w:lastRenderedPageBreak/>
        <w:t xml:space="preserve"> </w:t>
      </w:r>
      <w:r w:rsidR="00366A99">
        <w:rPr>
          <w:sz w:val="28"/>
          <w:szCs w:val="28"/>
        </w:rPr>
        <w:tab/>
      </w:r>
      <w:r w:rsidRPr="00A0331B">
        <w:rPr>
          <w:sz w:val="28"/>
          <w:szCs w:val="28"/>
        </w:rPr>
        <w:t>- Xây dựng Kế hoạch và tổ chức thực hiện tuyên truyền quán triệt, phổ biến pháp luật về xây dựng, thực hiện hương ước, quy ước đảm bảo phù hợp với điều kiện thực tế của xã.</w:t>
      </w:r>
    </w:p>
    <w:p w:rsidR="006740C9" w:rsidRPr="00A0331B" w:rsidRDefault="004842A6" w:rsidP="00366A99">
      <w:pPr>
        <w:spacing w:after="0"/>
        <w:ind w:firstLine="720"/>
        <w:jc w:val="both"/>
        <w:rPr>
          <w:sz w:val="28"/>
          <w:szCs w:val="28"/>
        </w:rPr>
      </w:pPr>
      <w:r w:rsidRPr="00A0331B">
        <w:rPr>
          <w:sz w:val="28"/>
          <w:szCs w:val="28"/>
        </w:rPr>
        <w:t xml:space="preserve"> - Tổ chức lồng ghép nội dung tuyên truyền, phổ biến pháp luật về xây dựng, thực hiện hương ước, quy ước vào các hoạt động Phong trào “Toàn dân đoàn kết xây dựng đời sống văn hóa”, xây dựng nông thôn mới và các phong trào, hoạt động tại các thôn trên địa bàn xã.</w:t>
      </w:r>
    </w:p>
    <w:p w:rsidR="006740C9" w:rsidRPr="00A0331B" w:rsidRDefault="004842A6" w:rsidP="00366A99">
      <w:pPr>
        <w:spacing w:after="0"/>
        <w:ind w:firstLine="720"/>
        <w:jc w:val="both"/>
        <w:rPr>
          <w:sz w:val="28"/>
          <w:szCs w:val="28"/>
        </w:rPr>
      </w:pPr>
      <w:r w:rsidRPr="00A0331B">
        <w:rPr>
          <w:sz w:val="28"/>
          <w:szCs w:val="28"/>
        </w:rPr>
        <w:t xml:space="preserve"> - Phối hợp với các cơ quan, đơn vị liên quan đa dạng hóa hình thức tuyên truyền về xây dựng và thực hiện hương ước, quy ước thông qua các bài viết chuyên đề, phóng sự, đẩy mạnh việc tuyên truyền trên các nền tảng số; tuyên dương các gương điển hình; phản ánh những khó khăn, vướng mắc trong xây dựng, thực hiện hương ước, quy ước.</w:t>
      </w:r>
    </w:p>
    <w:p w:rsidR="006740C9" w:rsidRPr="00A0331B" w:rsidRDefault="004842A6" w:rsidP="00366A99">
      <w:pPr>
        <w:spacing w:after="0"/>
        <w:ind w:firstLine="720"/>
        <w:jc w:val="both"/>
        <w:rPr>
          <w:sz w:val="28"/>
          <w:szCs w:val="28"/>
        </w:rPr>
      </w:pPr>
      <w:r w:rsidRPr="00A0331B">
        <w:rPr>
          <w:sz w:val="28"/>
          <w:szCs w:val="28"/>
        </w:rPr>
        <w:t xml:space="preserve"> - Đẩy mạnh tuyên truyền, phổ biến, vận động, hướng dẫn nghiệp vụ, phát huy vai trò tự quản cộng đồng, thực hiện dân chủ ở cơ sở, xây dựng nếp sống văn minh và giữ gìn, phát huy các giá trị văn hóa truyền thống, phong tục, tập quán tốt đẹp trong xây dựng và thực hiện hương ước, quy ước.</w:t>
      </w:r>
    </w:p>
    <w:p w:rsidR="006740C9" w:rsidRPr="00A0331B" w:rsidRDefault="004842A6" w:rsidP="00366A99">
      <w:pPr>
        <w:spacing w:after="0"/>
        <w:ind w:firstLine="720"/>
        <w:jc w:val="both"/>
        <w:rPr>
          <w:sz w:val="28"/>
          <w:szCs w:val="28"/>
        </w:rPr>
      </w:pPr>
      <w:r w:rsidRPr="00A0331B">
        <w:rPr>
          <w:sz w:val="28"/>
          <w:szCs w:val="28"/>
        </w:rPr>
        <w:t xml:space="preserve"> - Tham gia các lớp tập huấn, bồi dưỡng về kiến thức, kỹ năng nghiệp vụ về xây dựng hương ước, quy ước do cấp trên tổ chức.</w:t>
      </w:r>
    </w:p>
    <w:p w:rsidR="006740C9" w:rsidRPr="00A0331B" w:rsidRDefault="004842A6" w:rsidP="00366A99">
      <w:pPr>
        <w:spacing w:after="0"/>
        <w:ind w:firstLine="720"/>
        <w:jc w:val="both"/>
        <w:rPr>
          <w:sz w:val="28"/>
          <w:szCs w:val="28"/>
        </w:rPr>
      </w:pPr>
      <w:r w:rsidRPr="00A0331B">
        <w:rPr>
          <w:b/>
          <w:sz w:val="28"/>
          <w:szCs w:val="28"/>
        </w:rPr>
        <w:t>2. Triển khai công tác chuyên môn liên quan đến xây dựng và thực hiện hương ước, quy ước</w:t>
      </w:r>
    </w:p>
    <w:p w:rsidR="006740C9" w:rsidRPr="00A0331B" w:rsidRDefault="004842A6" w:rsidP="00A0331B">
      <w:pPr>
        <w:spacing w:after="0"/>
        <w:jc w:val="both"/>
        <w:rPr>
          <w:sz w:val="28"/>
          <w:szCs w:val="28"/>
        </w:rPr>
      </w:pPr>
      <w:r w:rsidRPr="00A0331B">
        <w:rPr>
          <w:sz w:val="28"/>
          <w:szCs w:val="28"/>
        </w:rPr>
        <w:t xml:space="preserve"> </w:t>
      </w:r>
      <w:r w:rsidR="00366A99">
        <w:rPr>
          <w:sz w:val="28"/>
          <w:szCs w:val="28"/>
        </w:rPr>
        <w:tab/>
      </w:r>
      <w:r w:rsidRPr="00A0331B">
        <w:rPr>
          <w:sz w:val="28"/>
          <w:szCs w:val="28"/>
        </w:rPr>
        <w:t>- Tổ chức rà soát, đánh giá về nội dung, quy trình xây dựng và kết quả thực hiện hương ước, quy ước trên địa bàn xã.</w:t>
      </w:r>
    </w:p>
    <w:p w:rsidR="006740C9" w:rsidRPr="00A0331B" w:rsidRDefault="004842A6" w:rsidP="00366A99">
      <w:pPr>
        <w:spacing w:after="0"/>
        <w:ind w:firstLine="720"/>
        <w:jc w:val="both"/>
        <w:rPr>
          <w:sz w:val="28"/>
          <w:szCs w:val="28"/>
        </w:rPr>
      </w:pPr>
      <w:r w:rsidRPr="00A0331B">
        <w:rPr>
          <w:sz w:val="28"/>
          <w:szCs w:val="28"/>
        </w:rPr>
        <w:t xml:space="preserve"> - Hướng dẫn lồng ghép tiêu chí về việc xây dựng, thực hiện hiệu quả hương ước, quy ước trong bình xét danh hiệu "Gia đình văn hóa", "Thôn văn hóa" hằng năm.</w:t>
      </w:r>
    </w:p>
    <w:p w:rsidR="006740C9" w:rsidRPr="00A0331B" w:rsidRDefault="004842A6" w:rsidP="00A0331B">
      <w:pPr>
        <w:spacing w:after="0"/>
        <w:jc w:val="both"/>
        <w:rPr>
          <w:sz w:val="28"/>
          <w:szCs w:val="28"/>
        </w:rPr>
      </w:pPr>
      <w:r w:rsidRPr="00A0331B">
        <w:rPr>
          <w:sz w:val="28"/>
          <w:szCs w:val="28"/>
        </w:rPr>
        <w:t xml:space="preserve"> </w:t>
      </w:r>
      <w:r w:rsidR="00366A99">
        <w:rPr>
          <w:sz w:val="28"/>
          <w:szCs w:val="28"/>
        </w:rPr>
        <w:tab/>
      </w:r>
      <w:r w:rsidRPr="00A0331B">
        <w:rPr>
          <w:sz w:val="28"/>
          <w:szCs w:val="28"/>
        </w:rPr>
        <w:t>- Các thôn trên địa bàn xã căn cứ tình hình thực tế và quy định tại Nghị định số 61/2023/NĐ-CP ngày 16/8/2023 của Chính phủ để tiến hành rà soát nội dung hương ước, quy ước. Kịp thời điều chỉnh, sửa đổi, bổ sung những nội dung không còn phù hợp hoặc tham mưu bãi bỏ các quy định trái pháp luật. Quy trình soạn thảo, trình tự thủ tục và hồ sơ đề nghị Ủy ban nhân dân xã phê duyệt, công nhận các bản hương ước, quy ước phải thực hiện nghiêm túc, đúng tiến độ theo quy định tại Nghị định này.</w:t>
      </w:r>
    </w:p>
    <w:p w:rsidR="006740C9" w:rsidRPr="00A0331B" w:rsidRDefault="004842A6" w:rsidP="00366A99">
      <w:pPr>
        <w:spacing w:after="0"/>
        <w:ind w:firstLine="720"/>
        <w:jc w:val="both"/>
        <w:rPr>
          <w:sz w:val="28"/>
          <w:szCs w:val="28"/>
        </w:rPr>
      </w:pPr>
      <w:r w:rsidRPr="00A0331B">
        <w:rPr>
          <w:sz w:val="28"/>
          <w:szCs w:val="28"/>
        </w:rPr>
        <w:t xml:space="preserve"> - Xây dựng mô hình phát huy vai trò của hương ước, quy ước trong xây dựng đạo đức lối sống, gìn giữ và phát huy giá trị văn hóa truyền thống tốt đẹp của cộng đồng gắn với xây dựng nông thôn mới.</w:t>
      </w:r>
    </w:p>
    <w:p w:rsidR="006740C9" w:rsidRPr="00A0331B" w:rsidRDefault="004842A6" w:rsidP="00366A99">
      <w:pPr>
        <w:spacing w:after="0"/>
        <w:ind w:firstLine="720"/>
        <w:jc w:val="both"/>
        <w:rPr>
          <w:sz w:val="28"/>
          <w:szCs w:val="28"/>
        </w:rPr>
      </w:pPr>
      <w:r w:rsidRPr="00A0331B">
        <w:rPr>
          <w:b/>
          <w:sz w:val="28"/>
          <w:szCs w:val="28"/>
        </w:rPr>
        <w:t>3. Kiểm tra công tác quản lý nhà nước về xây dựng và thực hiện hương ước, quy ước</w:t>
      </w:r>
    </w:p>
    <w:p w:rsidR="006740C9" w:rsidRPr="00A0331B" w:rsidRDefault="004842A6" w:rsidP="00366A99">
      <w:pPr>
        <w:spacing w:after="0"/>
        <w:ind w:firstLine="720"/>
        <w:jc w:val="both"/>
        <w:rPr>
          <w:sz w:val="28"/>
          <w:szCs w:val="28"/>
        </w:rPr>
      </w:pPr>
      <w:r w:rsidRPr="00A0331B">
        <w:rPr>
          <w:sz w:val="28"/>
          <w:szCs w:val="28"/>
        </w:rPr>
        <w:t xml:space="preserve"> - Thành lập, phân công, tổ chức kiểm tra, giám sát việc xây dựng và thực hiện hương ước, quy ước trên địa bàn xã.</w:t>
      </w:r>
    </w:p>
    <w:p w:rsidR="006740C9" w:rsidRPr="00A0331B" w:rsidRDefault="004842A6" w:rsidP="00366A99">
      <w:pPr>
        <w:spacing w:after="0"/>
        <w:ind w:firstLine="720"/>
        <w:jc w:val="both"/>
        <w:rPr>
          <w:sz w:val="28"/>
          <w:szCs w:val="28"/>
        </w:rPr>
      </w:pPr>
      <w:r w:rsidRPr="00A0331B">
        <w:rPr>
          <w:sz w:val="28"/>
          <w:szCs w:val="28"/>
        </w:rPr>
        <w:lastRenderedPageBreak/>
        <w:t xml:space="preserve"> - Ban Chỉ đạo Phong trào “Toàn dân đoàn kết xây dựng đời sống văn hóa” xã lồng ghép nội dung kiểm tra, đánh giá việc xây dựng và thực hiện hương ước, quy ước trong hoạt động Phong trào ở cơ sở.</w:t>
      </w:r>
    </w:p>
    <w:p w:rsidR="006740C9" w:rsidRPr="00A0331B" w:rsidRDefault="004842A6" w:rsidP="00366A99">
      <w:pPr>
        <w:spacing w:before="120" w:after="40"/>
        <w:ind w:firstLine="567"/>
        <w:jc w:val="both"/>
        <w:rPr>
          <w:sz w:val="28"/>
          <w:szCs w:val="28"/>
        </w:rPr>
      </w:pPr>
      <w:r w:rsidRPr="00A0331B">
        <w:rPr>
          <w:b/>
          <w:sz w:val="28"/>
          <w:szCs w:val="28"/>
        </w:rPr>
        <w:t>III. KINH PHÍ THỰC HIỆN</w:t>
      </w:r>
    </w:p>
    <w:p w:rsidR="006740C9" w:rsidRPr="00A0331B" w:rsidRDefault="004842A6" w:rsidP="00A0331B">
      <w:pPr>
        <w:spacing w:after="0"/>
        <w:ind w:firstLine="567"/>
        <w:jc w:val="both"/>
        <w:rPr>
          <w:sz w:val="28"/>
          <w:szCs w:val="28"/>
        </w:rPr>
      </w:pPr>
      <w:r w:rsidRPr="00A0331B">
        <w:rPr>
          <w:sz w:val="28"/>
          <w:szCs w:val="28"/>
        </w:rPr>
        <w:t>Kinh phí thực hiện nhiệm vụ quản lý nhà nước về hương ước, quy ước được bố trí trong dự toán ngân sách của Ủy ban nhân dân xã.</w:t>
      </w:r>
    </w:p>
    <w:p w:rsidR="006740C9" w:rsidRPr="00A0331B" w:rsidRDefault="004842A6" w:rsidP="00366A99">
      <w:pPr>
        <w:spacing w:before="120" w:after="40"/>
        <w:ind w:firstLine="567"/>
        <w:jc w:val="both"/>
        <w:rPr>
          <w:sz w:val="28"/>
          <w:szCs w:val="28"/>
        </w:rPr>
      </w:pPr>
      <w:r w:rsidRPr="00A0331B">
        <w:rPr>
          <w:b/>
          <w:sz w:val="28"/>
          <w:szCs w:val="28"/>
        </w:rPr>
        <w:t>IV. TỔ CHỨC THỰC HIỆN</w:t>
      </w:r>
    </w:p>
    <w:p w:rsidR="006740C9" w:rsidRPr="00A0331B" w:rsidRDefault="004842A6" w:rsidP="00366A99">
      <w:pPr>
        <w:spacing w:after="0"/>
        <w:ind w:firstLine="567"/>
        <w:jc w:val="both"/>
        <w:rPr>
          <w:sz w:val="28"/>
          <w:szCs w:val="28"/>
        </w:rPr>
      </w:pPr>
      <w:r w:rsidRPr="00A0331B">
        <w:rPr>
          <w:b/>
          <w:sz w:val="28"/>
          <w:szCs w:val="28"/>
        </w:rPr>
        <w:t>1. Phòng Văn hóa - Xã hội</w:t>
      </w:r>
    </w:p>
    <w:p w:rsidR="006740C9" w:rsidRPr="00A0331B" w:rsidRDefault="004842A6" w:rsidP="00366A99">
      <w:pPr>
        <w:spacing w:after="0"/>
        <w:ind w:firstLine="567"/>
        <w:jc w:val="both"/>
        <w:rPr>
          <w:sz w:val="28"/>
          <w:szCs w:val="28"/>
        </w:rPr>
      </w:pPr>
      <w:r w:rsidRPr="00A0331B">
        <w:rPr>
          <w:sz w:val="28"/>
          <w:szCs w:val="28"/>
        </w:rPr>
        <w:t xml:space="preserve"> - Tham mưu Ủy ban nhân dân xã triển khai thực hiện Kế hoạch; hướng dẫn, theo dõi, đôn đốc, kiểm tra, đánh giá việc tổ chức thực hiện hương ước, quy ước trên địa bàn xã. Tổng hợp khó khăn, vướng mắc trong quá trình thực hiện báo cáo Ủy ban nhân dân xã.</w:t>
      </w:r>
    </w:p>
    <w:p w:rsidR="006740C9" w:rsidRPr="00A0331B" w:rsidRDefault="004842A6" w:rsidP="00366A99">
      <w:pPr>
        <w:spacing w:after="0"/>
        <w:ind w:firstLine="567"/>
        <w:jc w:val="both"/>
        <w:rPr>
          <w:sz w:val="28"/>
          <w:szCs w:val="28"/>
        </w:rPr>
      </w:pPr>
      <w:r w:rsidRPr="00A0331B">
        <w:rPr>
          <w:sz w:val="28"/>
          <w:szCs w:val="28"/>
        </w:rPr>
        <w:t xml:space="preserve"> - Phối hợp tham mưu Ủy ban nhân dân xã phối hợp với Sở Văn hóa, Thể thao và Du lịch kiểm kê, rà soát đưa tập quán xã hội vào danh mục di sản văn hóa phi vật thể và hương ước, quy ước theo quy định để bảo vệ và phát huy giá trị; đồng thời có các biện pháp hạn chế, xóa bỏ phong tục, tập quán lạc hậu, mê tín dị đoan vào hương ước, quy ước ở khu dân cư.</w:t>
      </w:r>
    </w:p>
    <w:p w:rsidR="006740C9" w:rsidRPr="00A0331B" w:rsidRDefault="004842A6" w:rsidP="00A0331B">
      <w:pPr>
        <w:spacing w:after="0"/>
        <w:jc w:val="both"/>
        <w:rPr>
          <w:sz w:val="28"/>
          <w:szCs w:val="28"/>
        </w:rPr>
      </w:pPr>
      <w:r w:rsidRPr="00A0331B">
        <w:rPr>
          <w:sz w:val="28"/>
          <w:szCs w:val="28"/>
        </w:rPr>
        <w:t xml:space="preserve"> </w:t>
      </w:r>
      <w:r w:rsidR="00366A99">
        <w:rPr>
          <w:sz w:val="28"/>
          <w:szCs w:val="28"/>
        </w:rPr>
        <w:tab/>
      </w:r>
      <w:r w:rsidRPr="00A0331B">
        <w:rPr>
          <w:sz w:val="28"/>
          <w:szCs w:val="28"/>
        </w:rPr>
        <w:t>- Chủ trì phối hợp với các cơ quan, đơn vị có liên quan tham mưu Ủy ban nhân dân xã kiểm tra, hướng dẫn, đôn đốc việc thực hiện công tác quản lý nhà nước về xây dựng và thực hiện hương ước, quy ước trên địa bàn xã.</w:t>
      </w:r>
    </w:p>
    <w:p w:rsidR="006740C9" w:rsidRPr="00A0331B" w:rsidRDefault="004842A6" w:rsidP="00366A99">
      <w:pPr>
        <w:spacing w:after="0"/>
        <w:ind w:firstLine="720"/>
        <w:jc w:val="both"/>
        <w:rPr>
          <w:sz w:val="28"/>
          <w:szCs w:val="28"/>
        </w:rPr>
      </w:pPr>
      <w:r w:rsidRPr="00A0331B">
        <w:rPr>
          <w:sz w:val="28"/>
          <w:szCs w:val="28"/>
        </w:rPr>
        <w:t xml:space="preserve"> - Cử thành phần tham gia các lớp tập huấn, bồi dưỡng về kiến thức, kỹ năng nghiệp vụ về xây dựng hương ước, quy ước.</w:t>
      </w:r>
    </w:p>
    <w:p w:rsidR="006740C9" w:rsidRPr="00A0331B" w:rsidRDefault="004842A6" w:rsidP="00366A99">
      <w:pPr>
        <w:spacing w:after="0"/>
        <w:ind w:firstLine="720"/>
        <w:jc w:val="both"/>
        <w:rPr>
          <w:sz w:val="28"/>
          <w:szCs w:val="28"/>
        </w:rPr>
      </w:pPr>
      <w:r w:rsidRPr="00A0331B">
        <w:rPr>
          <w:sz w:val="28"/>
          <w:szCs w:val="28"/>
        </w:rPr>
        <w:t xml:space="preserve"> - Tổng hợp số liệu, báo cáo kết quả thực hiện trong năm theo đề cương, gửi Sở Văn hóa, Thể thao và Du lịch trước ngày 20/11/2026 để tổng hợp theo quy định.</w:t>
      </w:r>
    </w:p>
    <w:p w:rsidR="006740C9" w:rsidRPr="00A0331B" w:rsidRDefault="004842A6" w:rsidP="00366A99">
      <w:pPr>
        <w:spacing w:after="0"/>
        <w:ind w:firstLine="720"/>
        <w:jc w:val="both"/>
        <w:rPr>
          <w:sz w:val="28"/>
          <w:szCs w:val="28"/>
        </w:rPr>
      </w:pPr>
      <w:r w:rsidRPr="00A0331B">
        <w:rPr>
          <w:b/>
          <w:sz w:val="28"/>
          <w:szCs w:val="28"/>
        </w:rPr>
        <w:t>2. Văn phòng HĐND và UBND xã</w:t>
      </w:r>
    </w:p>
    <w:p w:rsidR="006740C9" w:rsidRPr="00A0331B" w:rsidRDefault="004842A6" w:rsidP="00366A99">
      <w:pPr>
        <w:spacing w:after="0"/>
        <w:ind w:firstLine="720"/>
        <w:jc w:val="both"/>
        <w:rPr>
          <w:sz w:val="28"/>
          <w:szCs w:val="28"/>
        </w:rPr>
      </w:pPr>
      <w:r w:rsidRPr="00A0331B">
        <w:rPr>
          <w:sz w:val="28"/>
          <w:szCs w:val="28"/>
        </w:rPr>
        <w:t xml:space="preserve"> - Phối hợp phổ biến, tuyên truyền, triển khai thực hiện Nghị định số 61/2023/NĐ-CP ngày 16/8/2023 của Chính phủ về xây dựng và thực hiện hương ước, quy ước của cộng đồng dân cư. Phối hợp với Phòng Văn hóa - Xã hội, Thường trực UBMTTQ và các cơ quan liên quan trong việc tham mưu, giúp UBND xã chỉ đạo, hướng dẫn hoạt động kiểm tra, xử lý hương ước, quy ước có nội dung trái pháp luật, xâm phạm đến các quyền con người, quyền công dân (nếu có).</w:t>
      </w:r>
    </w:p>
    <w:p w:rsidR="006740C9" w:rsidRPr="00A0331B" w:rsidRDefault="004842A6" w:rsidP="00366A99">
      <w:pPr>
        <w:spacing w:after="0"/>
        <w:ind w:firstLine="720"/>
        <w:jc w:val="both"/>
        <w:rPr>
          <w:sz w:val="28"/>
          <w:szCs w:val="28"/>
        </w:rPr>
      </w:pPr>
      <w:r w:rsidRPr="00A0331B">
        <w:rPr>
          <w:b/>
          <w:sz w:val="28"/>
          <w:szCs w:val="28"/>
        </w:rPr>
        <w:t>3. Phòng Kinh tế</w:t>
      </w:r>
    </w:p>
    <w:p w:rsidR="006740C9" w:rsidRPr="00A0331B" w:rsidRDefault="004842A6" w:rsidP="00366A99">
      <w:pPr>
        <w:spacing w:after="0"/>
        <w:ind w:firstLine="720"/>
        <w:jc w:val="both"/>
        <w:rPr>
          <w:sz w:val="28"/>
          <w:szCs w:val="28"/>
        </w:rPr>
      </w:pPr>
      <w:r w:rsidRPr="00A0331B">
        <w:rPr>
          <w:sz w:val="28"/>
          <w:szCs w:val="28"/>
        </w:rPr>
        <w:t xml:space="preserve"> - Phối hợp với các cơ quan, đơn vị lồng ghép chặt chẽ nội dung thực hiện hương ước, quy ước gắn với bộ tiêu chí quốc gia về xây dựng nông thôn mới tại các thôn. Tham mưu, bố trí nguồn kinh phí thực hiện nhiệm vụ quản lý nhà nước </w:t>
      </w:r>
      <w:r w:rsidRPr="00A0331B">
        <w:rPr>
          <w:sz w:val="28"/>
          <w:szCs w:val="28"/>
        </w:rPr>
        <w:lastRenderedPageBreak/>
        <w:t>về hương ước, quy ước ở cấp xã trong dự toán ngân sách địa phương hằng năm theo đúng quy định pháp luật.</w:t>
      </w:r>
    </w:p>
    <w:p w:rsidR="006740C9" w:rsidRPr="00A0331B" w:rsidRDefault="004842A6" w:rsidP="00366A99">
      <w:pPr>
        <w:spacing w:after="0"/>
        <w:ind w:firstLine="720"/>
        <w:jc w:val="both"/>
        <w:rPr>
          <w:sz w:val="28"/>
          <w:szCs w:val="28"/>
        </w:rPr>
      </w:pPr>
      <w:r w:rsidRPr="00A0331B">
        <w:rPr>
          <w:b/>
          <w:sz w:val="28"/>
          <w:szCs w:val="28"/>
        </w:rPr>
        <w:t xml:space="preserve">4. Trung tâm </w:t>
      </w:r>
      <w:r w:rsidR="00366A99">
        <w:rPr>
          <w:b/>
          <w:sz w:val="28"/>
          <w:szCs w:val="28"/>
        </w:rPr>
        <w:t>Dịch vụ Tổng hợp</w:t>
      </w:r>
    </w:p>
    <w:p w:rsidR="006740C9" w:rsidRPr="00A0331B" w:rsidRDefault="004842A6" w:rsidP="00366A99">
      <w:pPr>
        <w:spacing w:after="0"/>
        <w:ind w:firstLine="720"/>
        <w:jc w:val="both"/>
        <w:rPr>
          <w:sz w:val="28"/>
          <w:szCs w:val="28"/>
        </w:rPr>
      </w:pPr>
      <w:r w:rsidRPr="00A0331B">
        <w:rPr>
          <w:sz w:val="28"/>
          <w:szCs w:val="28"/>
        </w:rPr>
        <w:t xml:space="preserve"> - Biên tập tin bài tuyên truyền về xây dựng và thực hiện hiệu quả hương ước, quy ước gắn với bảo tồn, phát huy các giá trị văn hóa truyền thống và xây dựng giá trị văn hóa mới trên địa bàn xã.</w:t>
      </w:r>
    </w:p>
    <w:p w:rsidR="006740C9" w:rsidRPr="00A0331B" w:rsidRDefault="004842A6" w:rsidP="00366A99">
      <w:pPr>
        <w:spacing w:after="0"/>
        <w:ind w:firstLine="720"/>
        <w:jc w:val="both"/>
        <w:rPr>
          <w:sz w:val="28"/>
          <w:szCs w:val="28"/>
        </w:rPr>
      </w:pPr>
      <w:r w:rsidRPr="00A0331B">
        <w:rPr>
          <w:b/>
          <w:sz w:val="28"/>
          <w:szCs w:val="28"/>
        </w:rPr>
        <w:t>5. Ban Chỉ đạo Phong trào “Toàn dân đoàn kết xây dựng đời sống văn hóa” xã</w:t>
      </w:r>
    </w:p>
    <w:p w:rsidR="006740C9" w:rsidRPr="00A0331B" w:rsidRDefault="004842A6" w:rsidP="00366A99">
      <w:pPr>
        <w:spacing w:after="0"/>
        <w:ind w:firstLine="720"/>
        <w:jc w:val="both"/>
        <w:rPr>
          <w:sz w:val="28"/>
          <w:szCs w:val="28"/>
        </w:rPr>
      </w:pPr>
      <w:r w:rsidRPr="00A0331B">
        <w:rPr>
          <w:sz w:val="28"/>
          <w:szCs w:val="28"/>
        </w:rPr>
        <w:t>- Phối hợp tuyên truyền, vận động Nhân dân thực hiện tốt hương ước, quy ước; phát huy vai trò tự quản của cộng đồng dân cư trong xây dựng đời sống văn hóa ở khu dân cư.</w:t>
      </w:r>
    </w:p>
    <w:p w:rsidR="006740C9" w:rsidRPr="00A0331B" w:rsidRDefault="004842A6" w:rsidP="00366A99">
      <w:pPr>
        <w:spacing w:after="0"/>
        <w:ind w:firstLine="720"/>
        <w:jc w:val="both"/>
        <w:rPr>
          <w:sz w:val="28"/>
          <w:szCs w:val="28"/>
        </w:rPr>
      </w:pPr>
      <w:r w:rsidRPr="00A0331B">
        <w:rPr>
          <w:sz w:val="28"/>
          <w:szCs w:val="28"/>
        </w:rPr>
        <w:t xml:space="preserve"> - Lồng ghép nội dung xây dựng và thực hiện hương ước, quy ước trong quá trình chỉ đạo, kiểm tra thực hiện Phong trào “Toàn dân đoàn kết xây dựng đời sống văn hóa”.</w:t>
      </w:r>
    </w:p>
    <w:p w:rsidR="006740C9" w:rsidRPr="00A0331B" w:rsidRDefault="004842A6" w:rsidP="00366A99">
      <w:pPr>
        <w:spacing w:after="0"/>
        <w:ind w:firstLine="720"/>
        <w:jc w:val="both"/>
        <w:rPr>
          <w:sz w:val="28"/>
          <w:szCs w:val="28"/>
        </w:rPr>
      </w:pPr>
      <w:r w:rsidRPr="00A0331B">
        <w:rPr>
          <w:sz w:val="28"/>
          <w:szCs w:val="28"/>
        </w:rPr>
        <w:t xml:space="preserve"> - Chỉ đạo đưa kết quả thực hiện hương ước, quy ước làm căn cứ đánh giá, bình xét các danh hiệu văn hóa hằng năm theo quy định.</w:t>
      </w:r>
    </w:p>
    <w:p w:rsidR="006740C9" w:rsidRPr="00A0331B" w:rsidRDefault="004842A6" w:rsidP="00366A99">
      <w:pPr>
        <w:spacing w:after="0"/>
        <w:ind w:firstLine="720"/>
        <w:jc w:val="both"/>
        <w:rPr>
          <w:sz w:val="28"/>
          <w:szCs w:val="28"/>
        </w:rPr>
      </w:pPr>
      <w:r w:rsidRPr="00A0331B">
        <w:rPr>
          <w:b/>
          <w:sz w:val="28"/>
          <w:szCs w:val="28"/>
        </w:rPr>
        <w:t>6. Đề nghị Ủy ban Mặt trận Tổ quốc Việt Nam xã và các tổ chức chính trị - xã hội xã</w:t>
      </w:r>
    </w:p>
    <w:p w:rsidR="006740C9" w:rsidRPr="00A0331B" w:rsidRDefault="004842A6" w:rsidP="00366A99">
      <w:pPr>
        <w:spacing w:after="0"/>
        <w:ind w:firstLine="720"/>
        <w:jc w:val="both"/>
        <w:rPr>
          <w:sz w:val="28"/>
          <w:szCs w:val="28"/>
        </w:rPr>
      </w:pPr>
      <w:r w:rsidRPr="00A0331B">
        <w:rPr>
          <w:sz w:val="28"/>
          <w:szCs w:val="28"/>
        </w:rPr>
        <w:t xml:space="preserve"> - Tăng cường công tác tuyên truyền, vận động hội viên, đoàn viên tích cực tham gia xây dựng và thực hiện hương ước, quy ước.</w:t>
      </w:r>
    </w:p>
    <w:p w:rsidR="006740C9" w:rsidRPr="00A0331B" w:rsidRDefault="004842A6" w:rsidP="00366A99">
      <w:pPr>
        <w:spacing w:after="0"/>
        <w:ind w:firstLine="720"/>
        <w:jc w:val="both"/>
        <w:rPr>
          <w:sz w:val="28"/>
          <w:szCs w:val="28"/>
        </w:rPr>
      </w:pPr>
      <w:r w:rsidRPr="00A0331B">
        <w:rPr>
          <w:sz w:val="28"/>
          <w:szCs w:val="28"/>
        </w:rPr>
        <w:t xml:space="preserve"> - Phát huy vai trò giám sát, phản biện xã hội đối với công tác quản lý nhà nước, quy trình thỏa thuận và thông qua hương ước, quy ước tại cơ sở.</w:t>
      </w:r>
    </w:p>
    <w:p w:rsidR="006740C9" w:rsidRPr="00A0331B" w:rsidRDefault="004842A6" w:rsidP="00366A99">
      <w:pPr>
        <w:spacing w:after="0"/>
        <w:ind w:firstLine="720"/>
        <w:jc w:val="both"/>
        <w:rPr>
          <w:sz w:val="28"/>
          <w:szCs w:val="28"/>
        </w:rPr>
      </w:pPr>
      <w:r w:rsidRPr="00A0331B">
        <w:rPr>
          <w:sz w:val="28"/>
          <w:szCs w:val="28"/>
        </w:rPr>
        <w:t xml:space="preserve"> - Phối hợp lồng ghép nội dung thực hiện hương ước, quy ước với các Cuộc vận động, phong trào thi đua yêu nước do Mặt trận Tổ quốc và các tổ chức chính trị - xã hội phát động.</w:t>
      </w:r>
    </w:p>
    <w:p w:rsidR="006740C9" w:rsidRPr="00A0331B" w:rsidRDefault="004842A6" w:rsidP="00366A99">
      <w:pPr>
        <w:spacing w:after="0"/>
        <w:ind w:firstLine="720"/>
        <w:jc w:val="both"/>
        <w:rPr>
          <w:sz w:val="28"/>
          <w:szCs w:val="28"/>
        </w:rPr>
      </w:pPr>
      <w:r w:rsidRPr="00A0331B">
        <w:rPr>
          <w:b/>
          <w:sz w:val="28"/>
          <w:szCs w:val="28"/>
        </w:rPr>
        <w:t>7. Thôn trưởng các thôn trên địa bàn xã</w:t>
      </w:r>
    </w:p>
    <w:p w:rsidR="006740C9" w:rsidRPr="00A0331B" w:rsidRDefault="004842A6" w:rsidP="00366A99">
      <w:pPr>
        <w:spacing w:after="0"/>
        <w:ind w:firstLine="720"/>
        <w:jc w:val="both"/>
        <w:rPr>
          <w:sz w:val="28"/>
          <w:szCs w:val="28"/>
        </w:rPr>
      </w:pPr>
      <w:r w:rsidRPr="00A0331B">
        <w:rPr>
          <w:sz w:val="28"/>
          <w:szCs w:val="28"/>
        </w:rPr>
        <w:t xml:space="preserve"> - Chủ trì, phối hợp với Ban công tác Mặt trận thôn tổ chức rà soát nội dung bản hương ước, quy ước hiện tại của thôn; tổ chức họp dân để thảo luận, thống nhất nội dung sửa đổi, bổ sung hoặc xây dựng mới theo đúng quy định tại Nghị định số 61/2023/NĐ-CP</w:t>
      </w:r>
      <w:r w:rsidR="00C818AE">
        <w:rPr>
          <w:sz w:val="28"/>
          <w:szCs w:val="28"/>
        </w:rPr>
        <w:t xml:space="preserve"> và phù hợp với tình hình thực tiễn, nếp sống, phong tục của thôn xóm. G</w:t>
      </w:r>
      <w:r w:rsidRPr="00A0331B">
        <w:rPr>
          <w:sz w:val="28"/>
          <w:szCs w:val="28"/>
        </w:rPr>
        <w:t>ửi hồ sơ đề nghị công nhận về Ủy ban nhân dân xã (qua Phòng Văn hóa - Xã hội) trước ngày 30/</w:t>
      </w:r>
      <w:r w:rsidR="0084684F">
        <w:rPr>
          <w:sz w:val="28"/>
          <w:szCs w:val="28"/>
        </w:rPr>
        <w:t>10</w:t>
      </w:r>
      <w:r w:rsidRPr="00A0331B">
        <w:rPr>
          <w:sz w:val="28"/>
          <w:szCs w:val="28"/>
        </w:rPr>
        <w:t>/2026.</w:t>
      </w:r>
    </w:p>
    <w:p w:rsidR="006740C9" w:rsidRPr="00A0331B" w:rsidRDefault="004842A6" w:rsidP="00366A99">
      <w:pPr>
        <w:spacing w:after="0"/>
        <w:ind w:firstLine="567"/>
        <w:jc w:val="both"/>
        <w:rPr>
          <w:sz w:val="28"/>
          <w:szCs w:val="28"/>
        </w:rPr>
      </w:pPr>
      <w:r w:rsidRPr="00A0331B">
        <w:rPr>
          <w:sz w:val="28"/>
          <w:szCs w:val="28"/>
        </w:rPr>
        <w:t xml:space="preserve"> - Tổ chức triển khai, đôn đốc Nhân dân trong thôn thực hiện nghiêm túc các quy định của hương ước, quy ước đã được phê duyệt; kịp thời phát hiện, hòa giải các mâu thuẫn và báo cáo Ủy ban nhân dân xã các trường hợp vi phạm vượt quá thẩm quyền.</w:t>
      </w:r>
    </w:p>
    <w:p w:rsidR="006740C9" w:rsidRDefault="004842A6" w:rsidP="00366A99">
      <w:pPr>
        <w:spacing w:after="0"/>
        <w:ind w:firstLine="567"/>
        <w:jc w:val="both"/>
        <w:rPr>
          <w:sz w:val="28"/>
          <w:szCs w:val="28"/>
        </w:rPr>
      </w:pPr>
      <w:r w:rsidRPr="00A0331B">
        <w:rPr>
          <w:sz w:val="28"/>
          <w:szCs w:val="28"/>
        </w:rPr>
        <w:t xml:space="preserve">Trên đây là Kế hoạch triển khai công tác quản lý về xây dựng và thực hiện hương ước, quy ước của cộng đồng dân cư trên địa bàn xã </w:t>
      </w:r>
      <w:r w:rsidR="000E7ACE">
        <w:rPr>
          <w:sz w:val="28"/>
          <w:szCs w:val="28"/>
        </w:rPr>
        <w:t>Đức Thịnh</w:t>
      </w:r>
      <w:r w:rsidRPr="00A0331B">
        <w:rPr>
          <w:sz w:val="28"/>
          <w:szCs w:val="28"/>
        </w:rPr>
        <w:t xml:space="preserve"> năm 2026./.</w:t>
      </w:r>
    </w:p>
    <w:p w:rsidR="00366A99" w:rsidRPr="00366A99" w:rsidRDefault="00366A99" w:rsidP="00366A99">
      <w:pPr>
        <w:spacing w:after="0"/>
        <w:ind w:firstLine="567"/>
        <w:jc w:val="both"/>
        <w:rPr>
          <w:sz w:val="20"/>
          <w:szCs w:val="28"/>
        </w:rPr>
      </w:pPr>
    </w:p>
    <w:tbl>
      <w:tblPr>
        <w:tblW w:w="0" w:type="auto"/>
        <w:tblLayout w:type="fixed"/>
        <w:tblLook w:val="04A0" w:firstRow="1" w:lastRow="0" w:firstColumn="1" w:lastColumn="0" w:noHBand="0" w:noVBand="1"/>
      </w:tblPr>
      <w:tblGrid>
        <w:gridCol w:w="4928"/>
        <w:gridCol w:w="4476"/>
      </w:tblGrid>
      <w:tr w:rsidR="006740C9" w:rsidRPr="00A0331B" w:rsidTr="000E7ACE">
        <w:tc>
          <w:tcPr>
            <w:tcW w:w="4928" w:type="dxa"/>
          </w:tcPr>
          <w:p w:rsidR="006740C9" w:rsidRPr="00366A99" w:rsidRDefault="004842A6" w:rsidP="00366A99">
            <w:pPr>
              <w:spacing w:after="0"/>
              <w:rPr>
                <w:sz w:val="22"/>
              </w:rPr>
            </w:pPr>
            <w:r w:rsidRPr="00366A99">
              <w:rPr>
                <w:b/>
                <w:sz w:val="22"/>
              </w:rPr>
              <w:t>Nơi nhận:</w:t>
            </w:r>
          </w:p>
          <w:p w:rsidR="006740C9" w:rsidRPr="00366A99" w:rsidRDefault="004842A6" w:rsidP="00366A99">
            <w:pPr>
              <w:spacing w:after="0"/>
              <w:rPr>
                <w:sz w:val="22"/>
              </w:rPr>
            </w:pPr>
            <w:r w:rsidRPr="00366A99">
              <w:rPr>
                <w:sz w:val="22"/>
              </w:rPr>
              <w:t>- Sở VHTT và Du lịch tỉnh (b/c);</w:t>
            </w:r>
          </w:p>
          <w:p w:rsidR="006740C9" w:rsidRPr="00366A99" w:rsidRDefault="004842A6" w:rsidP="00366A99">
            <w:pPr>
              <w:spacing w:after="0"/>
              <w:rPr>
                <w:sz w:val="22"/>
              </w:rPr>
            </w:pPr>
            <w:r w:rsidRPr="00366A99">
              <w:rPr>
                <w:sz w:val="22"/>
              </w:rPr>
              <w:t xml:space="preserve">- </w:t>
            </w:r>
            <w:r w:rsidR="00366A99">
              <w:rPr>
                <w:sz w:val="22"/>
              </w:rPr>
              <w:t xml:space="preserve">TTr Đảng ủy,  </w:t>
            </w:r>
            <w:r w:rsidRPr="00366A99">
              <w:rPr>
                <w:sz w:val="22"/>
              </w:rPr>
              <w:t>HĐND xã;</w:t>
            </w:r>
          </w:p>
          <w:p w:rsidR="006740C9" w:rsidRPr="00366A99" w:rsidRDefault="004842A6" w:rsidP="00366A99">
            <w:pPr>
              <w:spacing w:after="0"/>
              <w:rPr>
                <w:sz w:val="22"/>
              </w:rPr>
            </w:pPr>
            <w:r w:rsidRPr="00366A99">
              <w:rPr>
                <w:sz w:val="22"/>
              </w:rPr>
              <w:t>- Chủ tịch,</w:t>
            </w:r>
            <w:r w:rsidR="00366A99">
              <w:rPr>
                <w:sz w:val="22"/>
              </w:rPr>
              <w:t xml:space="preserve"> các </w:t>
            </w:r>
            <w:r w:rsidRPr="00366A99">
              <w:rPr>
                <w:sz w:val="22"/>
              </w:rPr>
              <w:t xml:space="preserve"> PCT UBND xã;</w:t>
            </w:r>
          </w:p>
          <w:p w:rsidR="006740C9" w:rsidRPr="00366A99" w:rsidRDefault="004842A6" w:rsidP="00366A99">
            <w:pPr>
              <w:spacing w:after="0"/>
              <w:rPr>
                <w:sz w:val="22"/>
              </w:rPr>
            </w:pPr>
            <w:r w:rsidRPr="00366A99">
              <w:rPr>
                <w:sz w:val="22"/>
              </w:rPr>
              <w:t>- UBMTTQ Việt Nam xã và các tổ chức CT-XH xã;</w:t>
            </w:r>
          </w:p>
          <w:p w:rsidR="006740C9" w:rsidRPr="00366A99" w:rsidRDefault="004842A6" w:rsidP="00366A99">
            <w:pPr>
              <w:spacing w:after="0"/>
              <w:rPr>
                <w:sz w:val="22"/>
              </w:rPr>
            </w:pPr>
            <w:r w:rsidRPr="00366A99">
              <w:rPr>
                <w:sz w:val="22"/>
              </w:rPr>
              <w:t>- Các cơ quan, ban, ngành, đơn vị thuộc xã;</w:t>
            </w:r>
          </w:p>
          <w:p w:rsidR="006740C9" w:rsidRPr="00366A99" w:rsidRDefault="004842A6" w:rsidP="00366A99">
            <w:pPr>
              <w:spacing w:after="0"/>
              <w:rPr>
                <w:sz w:val="22"/>
              </w:rPr>
            </w:pPr>
            <w:r w:rsidRPr="00366A99">
              <w:rPr>
                <w:sz w:val="22"/>
              </w:rPr>
              <w:t>- Thôn trưởng các thôn;</w:t>
            </w:r>
          </w:p>
          <w:p w:rsidR="006740C9" w:rsidRPr="00366A99" w:rsidRDefault="004842A6" w:rsidP="00366A99">
            <w:pPr>
              <w:spacing w:after="0"/>
              <w:rPr>
                <w:sz w:val="22"/>
              </w:rPr>
            </w:pPr>
            <w:r w:rsidRPr="00366A99">
              <w:rPr>
                <w:sz w:val="22"/>
              </w:rPr>
              <w:t>- Trang Thông tin điện tử xã;</w:t>
            </w:r>
          </w:p>
          <w:p w:rsidR="006740C9" w:rsidRPr="00A0331B" w:rsidRDefault="004842A6" w:rsidP="00366A99">
            <w:pPr>
              <w:spacing w:after="0"/>
              <w:rPr>
                <w:sz w:val="28"/>
                <w:szCs w:val="28"/>
              </w:rPr>
            </w:pPr>
            <w:r w:rsidRPr="00366A99">
              <w:rPr>
                <w:sz w:val="22"/>
              </w:rPr>
              <w:t>- Lưu: VT, VHXH.</w:t>
            </w:r>
          </w:p>
        </w:tc>
        <w:tc>
          <w:tcPr>
            <w:tcW w:w="4476" w:type="dxa"/>
          </w:tcPr>
          <w:p w:rsidR="006740C9" w:rsidRPr="00A0331B" w:rsidRDefault="004842A6" w:rsidP="00366A99">
            <w:pPr>
              <w:spacing w:after="0"/>
              <w:jc w:val="center"/>
              <w:rPr>
                <w:sz w:val="28"/>
                <w:szCs w:val="28"/>
              </w:rPr>
            </w:pPr>
            <w:r w:rsidRPr="00A0331B">
              <w:rPr>
                <w:b/>
                <w:sz w:val="28"/>
                <w:szCs w:val="28"/>
              </w:rPr>
              <w:t>TM. ỦY BAN NHÂN DÂN</w:t>
            </w:r>
          </w:p>
          <w:p w:rsidR="006740C9" w:rsidRPr="00A0331B" w:rsidRDefault="004842A6" w:rsidP="00366A99">
            <w:pPr>
              <w:spacing w:after="0"/>
              <w:jc w:val="center"/>
              <w:rPr>
                <w:sz w:val="28"/>
                <w:szCs w:val="28"/>
              </w:rPr>
            </w:pPr>
            <w:r w:rsidRPr="00A0331B">
              <w:rPr>
                <w:b/>
                <w:sz w:val="28"/>
                <w:szCs w:val="28"/>
              </w:rPr>
              <w:t>KT. CHỦ TỊCH</w:t>
            </w:r>
          </w:p>
          <w:p w:rsidR="006740C9" w:rsidRPr="00A0331B" w:rsidRDefault="004842A6" w:rsidP="00366A99">
            <w:pPr>
              <w:spacing w:after="0"/>
              <w:jc w:val="center"/>
              <w:rPr>
                <w:sz w:val="28"/>
                <w:szCs w:val="28"/>
              </w:rPr>
            </w:pPr>
            <w:r w:rsidRPr="00A0331B">
              <w:rPr>
                <w:b/>
                <w:sz w:val="28"/>
                <w:szCs w:val="28"/>
              </w:rPr>
              <w:t>PHÓ CHỦ TỊCH</w:t>
            </w:r>
          </w:p>
          <w:p w:rsidR="006740C9" w:rsidRPr="00A0331B" w:rsidRDefault="006740C9" w:rsidP="00366A99">
            <w:pPr>
              <w:spacing w:after="0"/>
              <w:rPr>
                <w:sz w:val="28"/>
                <w:szCs w:val="28"/>
              </w:rPr>
            </w:pPr>
          </w:p>
          <w:p w:rsidR="006740C9" w:rsidRPr="00A0331B" w:rsidRDefault="006740C9" w:rsidP="00366A99">
            <w:pPr>
              <w:spacing w:after="0"/>
              <w:rPr>
                <w:sz w:val="28"/>
                <w:szCs w:val="28"/>
              </w:rPr>
            </w:pPr>
          </w:p>
          <w:p w:rsidR="006740C9" w:rsidRPr="00A0331B" w:rsidRDefault="006740C9" w:rsidP="00366A99">
            <w:pPr>
              <w:spacing w:after="0"/>
              <w:rPr>
                <w:sz w:val="28"/>
                <w:szCs w:val="28"/>
              </w:rPr>
            </w:pPr>
          </w:p>
          <w:p w:rsidR="006740C9" w:rsidRPr="00A0331B" w:rsidRDefault="006740C9" w:rsidP="00366A99">
            <w:pPr>
              <w:spacing w:after="0"/>
              <w:rPr>
                <w:sz w:val="28"/>
                <w:szCs w:val="28"/>
              </w:rPr>
            </w:pPr>
          </w:p>
          <w:p w:rsidR="006740C9" w:rsidRPr="00A0331B" w:rsidRDefault="000E7ACE" w:rsidP="00366A99">
            <w:pPr>
              <w:spacing w:after="0"/>
              <w:jc w:val="center"/>
              <w:rPr>
                <w:sz w:val="28"/>
                <w:szCs w:val="28"/>
              </w:rPr>
            </w:pPr>
            <w:r>
              <w:rPr>
                <w:b/>
                <w:sz w:val="28"/>
                <w:szCs w:val="28"/>
              </w:rPr>
              <w:t>Nguyễn Trọng Thể</w:t>
            </w:r>
          </w:p>
        </w:tc>
      </w:tr>
    </w:tbl>
    <w:p w:rsidR="004842A6" w:rsidRPr="00A0331B" w:rsidRDefault="004842A6">
      <w:pPr>
        <w:rPr>
          <w:sz w:val="28"/>
          <w:szCs w:val="28"/>
        </w:rPr>
      </w:pPr>
    </w:p>
    <w:sectPr w:rsidR="004842A6" w:rsidRPr="00A0331B" w:rsidSect="007C1286">
      <w:pgSz w:w="11907" w:h="16840" w:code="9"/>
      <w:pgMar w:top="1134" w:right="1043" w:bottom="1134"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E7ACE"/>
    <w:rsid w:val="0015074B"/>
    <w:rsid w:val="0029639D"/>
    <w:rsid w:val="00326F90"/>
    <w:rsid w:val="00366A99"/>
    <w:rsid w:val="0043106B"/>
    <w:rsid w:val="004842A6"/>
    <w:rsid w:val="005255C3"/>
    <w:rsid w:val="006740C9"/>
    <w:rsid w:val="006E0EDF"/>
    <w:rsid w:val="006F7F77"/>
    <w:rsid w:val="00780568"/>
    <w:rsid w:val="007C1286"/>
    <w:rsid w:val="0084684F"/>
    <w:rsid w:val="009013C8"/>
    <w:rsid w:val="00952D99"/>
    <w:rsid w:val="00A0331B"/>
    <w:rsid w:val="00A95347"/>
    <w:rsid w:val="00AA1D8D"/>
    <w:rsid w:val="00B47730"/>
    <w:rsid w:val="00C818A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19BAB-94E9-434F-9991-50B7C14E3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5</Pages>
  <Words>1362</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cp:lastModifiedBy>
  <cp:revision>59</cp:revision>
  <dcterms:created xsi:type="dcterms:W3CDTF">2026-09-14T01:46:00Z</dcterms:created>
  <dcterms:modified xsi:type="dcterms:W3CDTF">2026-09-15T07:48:00Z</dcterms:modified>
</cp:coreProperties>
</file>