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4" w:type="dxa"/>
        <w:tblInd w:w="108" w:type="dxa"/>
        <w:tblLook w:val="01E0" w:firstRow="1" w:lastRow="1" w:firstColumn="1" w:lastColumn="1" w:noHBand="0" w:noVBand="0"/>
      </w:tblPr>
      <w:tblGrid>
        <w:gridCol w:w="3119"/>
        <w:gridCol w:w="6095"/>
      </w:tblGrid>
      <w:tr w:rsidR="00542832" w14:paraId="033E423A" w14:textId="77777777">
        <w:trPr>
          <w:trHeight w:val="1418"/>
        </w:trPr>
        <w:tc>
          <w:tcPr>
            <w:tcW w:w="3119" w:type="dxa"/>
          </w:tcPr>
          <w:p w14:paraId="6599E56A" w14:textId="77777777" w:rsidR="00542832" w:rsidRPr="00C41D95" w:rsidRDefault="00E02C24" w:rsidP="00866FDC">
            <w:pPr>
              <w:spacing w:after="0" w:line="240" w:lineRule="auto"/>
              <w:jc w:val="center"/>
              <w:rPr>
                <w:rFonts w:ascii="Times New Roman" w:eastAsia="Times New Roman" w:hAnsi="Times New Roman" w:cs="Times New Roman"/>
                <w:b/>
                <w:spacing w:val="-8"/>
                <w:sz w:val="26"/>
                <w:szCs w:val="26"/>
              </w:rPr>
            </w:pPr>
            <w:r w:rsidRPr="00C41D95">
              <w:rPr>
                <w:rFonts w:ascii="Times New Roman" w:eastAsia="Times New Roman" w:hAnsi="Times New Roman" w:cs="Times New Roman"/>
                <w:b/>
                <w:spacing w:val="-8"/>
                <w:sz w:val="26"/>
                <w:szCs w:val="26"/>
              </w:rPr>
              <w:t>ỦY BAN NHÂN DÂN</w:t>
            </w:r>
          </w:p>
          <w:p w14:paraId="5C030ACB" w14:textId="5D9F6D7B" w:rsidR="00542832" w:rsidRDefault="00E02C24" w:rsidP="00866FDC">
            <w:pPr>
              <w:spacing w:after="0" w:line="240" w:lineRule="auto"/>
              <w:jc w:val="center"/>
              <w:rPr>
                <w:rFonts w:ascii="Times New Roman" w:eastAsia="Times New Roman" w:hAnsi="Times New Roman" w:cs="Times New Roman"/>
                <w:b/>
                <w:spacing w:val="-8"/>
                <w:sz w:val="28"/>
                <w:szCs w:val="28"/>
              </w:rPr>
            </w:pPr>
            <w:r w:rsidRPr="00C41D95">
              <w:rPr>
                <w:rFonts w:ascii="Times New Roman" w:eastAsia="Times New Roman" w:hAnsi="Times New Roman" w:cs="Times New Roman"/>
                <w:b/>
                <w:noProof/>
                <w:spacing w:val="-8"/>
                <w:sz w:val="26"/>
                <w:szCs w:val="26"/>
              </w:rPr>
              <mc:AlternateContent>
                <mc:Choice Requires="wps">
                  <w:drawing>
                    <wp:anchor distT="0" distB="0" distL="114300" distR="114300" simplePos="0" relativeHeight="251659264" behindDoc="0" locked="0" layoutInCell="1" allowOverlap="1" wp14:anchorId="7CCAA143" wp14:editId="10619162">
                      <wp:simplePos x="0" y="0"/>
                      <wp:positionH relativeFrom="column">
                        <wp:posOffset>644459</wp:posOffset>
                      </wp:positionH>
                      <wp:positionV relativeFrom="paragraph">
                        <wp:posOffset>213376</wp:posOffset>
                      </wp:positionV>
                      <wp:extent cx="593766" cy="0"/>
                      <wp:effectExtent l="0" t="0" r="158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76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5pt,16.8pt" to="9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"/>
                  </w:pict>
                </mc:Fallback>
              </mc:AlternateContent>
            </w:r>
            <w:r w:rsidRPr="00C41D95">
              <w:rPr>
                <w:rFonts w:ascii="Times New Roman" w:eastAsia="Times New Roman" w:hAnsi="Times New Roman" w:cs="Times New Roman"/>
                <w:b/>
                <w:spacing w:val="-8"/>
                <w:sz w:val="26"/>
                <w:szCs w:val="26"/>
              </w:rPr>
              <w:t xml:space="preserve">XÃ </w:t>
            </w:r>
            <w:r w:rsidR="007B5FE9" w:rsidRPr="00C41D95">
              <w:rPr>
                <w:rFonts w:ascii="Times New Roman" w:eastAsia="Times New Roman" w:hAnsi="Times New Roman" w:cs="Times New Roman"/>
                <w:b/>
                <w:spacing w:val="-8"/>
                <w:sz w:val="26"/>
                <w:szCs w:val="26"/>
              </w:rPr>
              <w:t>ĐỨC THỊNH</w:t>
            </w:r>
          </w:p>
          <w:p w14:paraId="7BC1EE2D" w14:textId="77777777" w:rsidR="00542832" w:rsidRDefault="00542832">
            <w:pPr>
              <w:spacing w:after="0"/>
              <w:jc w:val="center"/>
              <w:rPr>
                <w:rFonts w:ascii="Times New Roman" w:eastAsia="Times New Roman" w:hAnsi="Times New Roman" w:cs="Times New Roman"/>
                <w:b/>
                <w:spacing w:val="-8"/>
                <w:sz w:val="16"/>
                <w:szCs w:val="28"/>
              </w:rPr>
            </w:pPr>
          </w:p>
          <w:p w14:paraId="59DB2BC8" w14:textId="77777777" w:rsidR="00542832" w:rsidRDefault="007E0266">
            <w:pPr>
              <w:spacing w:after="0"/>
              <w:jc w:val="center"/>
              <w:rPr>
                <w:rFonts w:ascii="Times New Roman" w:eastAsia="Times New Roman" w:hAnsi="Times New Roman" w:cs="Times New Roman"/>
                <w:spacing w:val="-8"/>
                <w:sz w:val="28"/>
                <w:szCs w:val="28"/>
              </w:rPr>
            </w:pPr>
            <w:r>
              <w:rPr>
                <w:rFonts w:ascii="Times New Roman" w:eastAsia="Times New Roman" w:hAnsi="Times New Roman" w:cs="Times New Roman"/>
                <w:spacing w:val="-8"/>
                <w:sz w:val="28"/>
                <w:szCs w:val="28"/>
              </w:rPr>
              <w:t xml:space="preserve">Số:       </w:t>
            </w:r>
            <w:r w:rsidR="00286A72">
              <w:rPr>
                <w:rFonts w:ascii="Times New Roman" w:eastAsia="Times New Roman" w:hAnsi="Times New Roman" w:cs="Times New Roman"/>
                <w:spacing w:val="-8"/>
                <w:sz w:val="28"/>
                <w:szCs w:val="28"/>
              </w:rPr>
              <w:t xml:space="preserve"> </w:t>
            </w:r>
            <w:r>
              <w:rPr>
                <w:rFonts w:ascii="Times New Roman" w:eastAsia="Times New Roman" w:hAnsi="Times New Roman" w:cs="Times New Roman"/>
                <w:spacing w:val="-8"/>
                <w:sz w:val="28"/>
                <w:szCs w:val="28"/>
              </w:rPr>
              <w:t xml:space="preserve"> </w:t>
            </w:r>
            <w:r w:rsidR="00E02C24">
              <w:rPr>
                <w:rFonts w:ascii="Times New Roman" w:eastAsia="Times New Roman" w:hAnsi="Times New Roman" w:cs="Times New Roman"/>
                <w:spacing w:val="-8"/>
                <w:sz w:val="28"/>
                <w:szCs w:val="28"/>
              </w:rPr>
              <w:t>/KH-UBND</w:t>
            </w:r>
          </w:p>
        </w:tc>
        <w:tc>
          <w:tcPr>
            <w:tcW w:w="6095" w:type="dxa"/>
          </w:tcPr>
          <w:p w14:paraId="482B862D" w14:textId="77777777" w:rsidR="00542832" w:rsidRPr="00286A72" w:rsidRDefault="00E02C24" w:rsidP="00866FDC">
            <w:pPr>
              <w:spacing w:after="0" w:line="240" w:lineRule="auto"/>
              <w:jc w:val="center"/>
              <w:rPr>
                <w:rFonts w:ascii="Times New Roman" w:eastAsia="Times New Roman" w:hAnsi="Times New Roman" w:cs="Times New Roman"/>
                <w:b/>
                <w:spacing w:val="-8"/>
                <w:sz w:val="26"/>
                <w:szCs w:val="26"/>
              </w:rPr>
            </w:pPr>
            <w:r w:rsidRPr="00286A72">
              <w:rPr>
                <w:rFonts w:ascii="Times New Roman" w:eastAsia="Times New Roman" w:hAnsi="Times New Roman" w:cs="Times New Roman"/>
                <w:b/>
                <w:spacing w:val="-8"/>
                <w:sz w:val="26"/>
                <w:szCs w:val="26"/>
              </w:rPr>
              <w:t>CỘNG HOÀ XÃ HỘI CHỦ NGHĨA VIỆT NAM</w:t>
            </w:r>
          </w:p>
          <w:p w14:paraId="48C7431D" w14:textId="77777777" w:rsidR="00542832" w:rsidRDefault="00E02C24" w:rsidP="00866FDC">
            <w:pPr>
              <w:spacing w:after="0" w:line="240" w:lineRule="auto"/>
              <w:jc w:val="center"/>
              <w:rPr>
                <w:rFonts w:ascii="Times New Roman" w:eastAsia="Times New Roman" w:hAnsi="Times New Roman" w:cs="Times New Roman"/>
                <w:b/>
                <w:spacing w:val="-8"/>
                <w:sz w:val="28"/>
                <w:szCs w:val="28"/>
              </w:rPr>
            </w:pPr>
            <w:r>
              <w:rPr>
                <w:rFonts w:ascii="Times New Roman" w:eastAsia="Times New Roman" w:hAnsi="Times New Roman" w:cs="Times New Roman"/>
                <w:b/>
                <w:spacing w:val="-8"/>
                <w:sz w:val="28"/>
                <w:szCs w:val="28"/>
              </w:rPr>
              <w:t>Độc lập - Tự do - Hạnh phúc</w:t>
            </w:r>
          </w:p>
          <w:p w14:paraId="1F66966A" w14:textId="77777777" w:rsidR="00542832" w:rsidRDefault="007E0266">
            <w:pPr>
              <w:spacing w:after="0"/>
              <w:jc w:val="center"/>
              <w:rPr>
                <w:rFonts w:ascii="Times New Roman" w:eastAsia="Times New Roman" w:hAnsi="Times New Roman" w:cs="Times New Roman"/>
                <w:b/>
                <w:spacing w:val="-8"/>
                <w:sz w:val="18"/>
                <w:szCs w:val="28"/>
              </w:rPr>
            </w:pPr>
            <w:r>
              <w:rPr>
                <w:rFonts w:ascii="Times New Roman" w:eastAsia="Times New Roman" w:hAnsi="Times New Roman" w:cs="Times New Roman"/>
                <w:b/>
                <w:noProof/>
                <w:spacing w:val="-8"/>
                <w:sz w:val="18"/>
                <w:szCs w:val="28"/>
              </w:rPr>
              <mc:AlternateContent>
                <mc:Choice Requires="wps">
                  <w:drawing>
                    <wp:anchor distT="0" distB="0" distL="114300" distR="114300" simplePos="0" relativeHeight="251660288" behindDoc="0" locked="0" layoutInCell="1" allowOverlap="1" wp14:anchorId="0F902114" wp14:editId="4B0F60D6">
                      <wp:simplePos x="0" y="0"/>
                      <wp:positionH relativeFrom="column">
                        <wp:posOffset>814070</wp:posOffset>
                      </wp:positionH>
                      <wp:positionV relativeFrom="paragraph">
                        <wp:posOffset>28575</wp:posOffset>
                      </wp:positionV>
                      <wp:extent cx="208597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5975"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2.25pt" to="228.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" strokecolor="black [3040]"/>
                  </w:pict>
                </mc:Fallback>
              </mc:AlternateContent>
            </w:r>
          </w:p>
          <w:p w14:paraId="3DA5230B" w14:textId="7E433074" w:rsidR="00542832" w:rsidRDefault="007B5FE9">
            <w:pPr>
              <w:pStyle w:val="Heading1"/>
              <w:spacing w:before="0"/>
              <w:jc w:val="center"/>
              <w:rPr>
                <w:rFonts w:ascii="Times New Roman" w:eastAsia="Times New Roman" w:hAnsi="Times New Roman" w:cs="Times New Roman"/>
                <w:b w:val="0"/>
                <w:bCs w:val="0"/>
                <w:i/>
                <w:color w:val="auto"/>
                <w:spacing w:val="-8"/>
              </w:rPr>
            </w:pPr>
            <w:r>
              <w:rPr>
                <w:rFonts w:ascii="Times New Roman" w:eastAsia="Times New Roman" w:hAnsi="Times New Roman" w:cs="Times New Roman"/>
                <w:b w:val="0"/>
                <w:bCs w:val="0"/>
                <w:i/>
                <w:color w:val="auto"/>
                <w:spacing w:val="-8"/>
              </w:rPr>
              <w:t>Đức Thịnh</w:t>
            </w:r>
            <w:r w:rsidR="00896C4B">
              <w:rPr>
                <w:rFonts w:ascii="Times New Roman" w:eastAsia="Times New Roman" w:hAnsi="Times New Roman" w:cs="Times New Roman"/>
                <w:b w:val="0"/>
                <w:bCs w:val="0"/>
                <w:i/>
                <w:color w:val="auto"/>
                <w:spacing w:val="-8"/>
              </w:rPr>
              <w:t xml:space="preserve">, ngày        </w:t>
            </w:r>
            <w:r w:rsidR="00A9267F">
              <w:rPr>
                <w:rFonts w:ascii="Times New Roman" w:eastAsia="Times New Roman" w:hAnsi="Times New Roman" w:cs="Times New Roman"/>
                <w:b w:val="0"/>
                <w:bCs w:val="0"/>
                <w:i/>
                <w:color w:val="auto"/>
                <w:spacing w:val="-8"/>
              </w:rPr>
              <w:t>tháng 10</w:t>
            </w:r>
            <w:r w:rsidR="00193EF2">
              <w:rPr>
                <w:rFonts w:ascii="Times New Roman" w:eastAsia="Times New Roman" w:hAnsi="Times New Roman" w:cs="Times New Roman"/>
                <w:b w:val="0"/>
                <w:bCs w:val="0"/>
                <w:i/>
                <w:color w:val="auto"/>
                <w:spacing w:val="-8"/>
              </w:rPr>
              <w:t xml:space="preserve"> năm 2026</w:t>
            </w:r>
          </w:p>
        </w:tc>
      </w:tr>
    </w:tbl>
    <w:p w14:paraId="6531E603" w14:textId="77777777" w:rsidR="00941622" w:rsidRDefault="00941622" w:rsidP="00193EF2">
      <w:pPr>
        <w:spacing w:after="0"/>
        <w:jc w:val="center"/>
        <w:rPr>
          <w:rFonts w:ascii="Times New Roman" w:eastAsia="Times New Roman" w:hAnsi="Times New Roman" w:cs="Times New Roman"/>
          <w:b/>
          <w:spacing w:val="-8"/>
          <w:sz w:val="28"/>
          <w:szCs w:val="28"/>
        </w:rPr>
      </w:pPr>
      <w:bookmarkStart w:id="0" w:name="_GoBack"/>
      <w:bookmarkEnd w:id="0"/>
    </w:p>
    <w:p w14:paraId="30ED3398" w14:textId="66E9EC5E" w:rsidR="00542832" w:rsidRDefault="00E02C24" w:rsidP="00866FDC">
      <w:pPr>
        <w:spacing w:after="0" w:line="240" w:lineRule="auto"/>
        <w:jc w:val="center"/>
        <w:rPr>
          <w:rFonts w:ascii="Times New Roman" w:eastAsia="Times New Roman" w:hAnsi="Times New Roman" w:cs="Times New Roman"/>
          <w:b/>
          <w:spacing w:val="-8"/>
          <w:sz w:val="28"/>
          <w:szCs w:val="28"/>
        </w:rPr>
      </w:pPr>
      <w:r>
        <w:rPr>
          <w:rFonts w:ascii="Times New Roman" w:eastAsia="Times New Roman" w:hAnsi="Times New Roman" w:cs="Times New Roman"/>
          <w:b/>
          <w:spacing w:val="-8"/>
          <w:sz w:val="28"/>
          <w:szCs w:val="28"/>
        </w:rPr>
        <w:t>KẾ HOẠCH</w:t>
      </w:r>
      <w:r w:rsidR="00193EF2">
        <w:rPr>
          <w:rFonts w:ascii="Times New Roman" w:eastAsia="Times New Roman" w:hAnsi="Times New Roman" w:cs="Times New Roman"/>
          <w:b/>
          <w:spacing w:val="-8"/>
          <w:sz w:val="28"/>
          <w:szCs w:val="28"/>
        </w:rPr>
        <w:br/>
      </w:r>
      <w:r w:rsidR="00A9267F">
        <w:rPr>
          <w:rFonts w:ascii="Times New Roman" w:eastAsia="Times New Roman" w:hAnsi="Times New Roman" w:cs="Times New Roman"/>
          <w:b/>
          <w:spacing w:val="-8"/>
          <w:sz w:val="28"/>
          <w:szCs w:val="28"/>
        </w:rPr>
        <w:t>T</w:t>
      </w:r>
      <w:r w:rsidR="00193EF2" w:rsidRPr="00193EF2">
        <w:rPr>
          <w:rFonts w:ascii="Times New Roman" w:eastAsia="Times New Roman" w:hAnsi="Times New Roman" w:cs="Times New Roman"/>
          <w:b/>
          <w:spacing w:val="-8"/>
          <w:sz w:val="28"/>
          <w:szCs w:val="28"/>
        </w:rPr>
        <w:t xml:space="preserve">riển khai thu nhận mẫu sinh phẩm </w:t>
      </w:r>
      <w:r w:rsidR="00A9267F">
        <w:rPr>
          <w:rFonts w:ascii="Times New Roman" w:eastAsia="Times New Roman" w:hAnsi="Times New Roman" w:cs="Times New Roman"/>
          <w:b/>
          <w:spacing w:val="-8"/>
          <w:sz w:val="28"/>
          <w:szCs w:val="28"/>
        </w:rPr>
        <w:t xml:space="preserve">AND thân nhân </w:t>
      </w:r>
      <w:r w:rsidR="00866FDC">
        <w:rPr>
          <w:rFonts w:ascii="Times New Roman" w:eastAsia="Times New Roman" w:hAnsi="Times New Roman" w:cs="Times New Roman"/>
          <w:b/>
          <w:spacing w:val="-8"/>
          <w:sz w:val="28"/>
          <w:szCs w:val="28"/>
        </w:rPr>
        <w:t>L</w:t>
      </w:r>
      <w:r w:rsidR="00A9267F">
        <w:rPr>
          <w:rFonts w:ascii="Times New Roman" w:eastAsia="Times New Roman" w:hAnsi="Times New Roman" w:cs="Times New Roman"/>
          <w:b/>
          <w:spacing w:val="-8"/>
          <w:sz w:val="28"/>
          <w:szCs w:val="28"/>
        </w:rPr>
        <w:t>iệt sĩ</w:t>
      </w:r>
      <w:r w:rsidR="00866FDC">
        <w:rPr>
          <w:rFonts w:ascii="Times New Roman" w:eastAsia="Times New Roman" w:hAnsi="Times New Roman" w:cs="Times New Roman"/>
          <w:b/>
          <w:spacing w:val="-8"/>
          <w:sz w:val="28"/>
          <w:szCs w:val="28"/>
        </w:rPr>
        <w:t xml:space="preserve"> </w:t>
      </w:r>
      <w:r w:rsidR="00193EF2" w:rsidRPr="00193EF2">
        <w:rPr>
          <w:rFonts w:ascii="Times New Roman" w:eastAsia="Times New Roman" w:hAnsi="Times New Roman" w:cs="Times New Roman"/>
          <w:b/>
          <w:spacing w:val="-8"/>
          <w:sz w:val="28"/>
          <w:szCs w:val="28"/>
        </w:rPr>
        <w:t xml:space="preserve">chưa xác định thông tin </w:t>
      </w:r>
      <w:r w:rsidR="00A9267F">
        <w:rPr>
          <w:rFonts w:ascii="Times New Roman" w:eastAsia="Times New Roman" w:hAnsi="Times New Roman" w:cs="Times New Roman"/>
          <w:b/>
          <w:spacing w:val="-8"/>
          <w:sz w:val="28"/>
          <w:szCs w:val="28"/>
        </w:rPr>
        <w:t xml:space="preserve">đợt 2 </w:t>
      </w:r>
      <w:r w:rsidR="00193EF2" w:rsidRPr="00193EF2">
        <w:rPr>
          <w:rFonts w:ascii="Times New Roman" w:eastAsia="Times New Roman" w:hAnsi="Times New Roman" w:cs="Times New Roman"/>
          <w:b/>
          <w:spacing w:val="-8"/>
          <w:sz w:val="28"/>
          <w:szCs w:val="28"/>
        </w:rPr>
        <w:t xml:space="preserve">trên địa bàn </w:t>
      </w:r>
      <w:r w:rsidR="00193EF2">
        <w:rPr>
          <w:rFonts w:ascii="Times New Roman" w:eastAsia="Times New Roman" w:hAnsi="Times New Roman" w:cs="Times New Roman"/>
          <w:b/>
          <w:spacing w:val="-8"/>
          <w:sz w:val="28"/>
          <w:szCs w:val="28"/>
        </w:rPr>
        <w:t xml:space="preserve">xã </w:t>
      </w:r>
      <w:r w:rsidR="007B5FE9">
        <w:rPr>
          <w:rFonts w:ascii="Times New Roman" w:eastAsia="Times New Roman" w:hAnsi="Times New Roman" w:cs="Times New Roman"/>
          <w:b/>
          <w:spacing w:val="-8"/>
          <w:sz w:val="28"/>
          <w:szCs w:val="28"/>
        </w:rPr>
        <w:t>Đức Thịnh</w:t>
      </w:r>
    </w:p>
    <w:p w14:paraId="16E129C9" w14:textId="369F721A" w:rsidR="00542832" w:rsidRDefault="00A9267F">
      <w:pPr>
        <w:pStyle w:val="Heading2"/>
        <w:spacing w:before="0"/>
        <w:jc w:val="both"/>
        <w:rPr>
          <w:rFonts w:ascii="Times New Roman" w:hAnsi="Times New Roman" w:cs="Times New Roman"/>
          <w:b w:val="0"/>
          <w:color w:val="auto"/>
          <w:sz w:val="28"/>
          <w:szCs w:val="28"/>
        </w:rPr>
      </w:pPr>
      <w:r>
        <w:rPr>
          <w:rFonts w:ascii="Times New Roman" w:hAnsi="Times New Roman" w:cs="Times New Roman"/>
          <w:b w:val="0"/>
          <w:noProof/>
          <w:sz w:val="28"/>
          <w:szCs w:val="28"/>
        </w:rPr>
        <mc:AlternateContent>
          <mc:Choice Requires="wps">
            <w:drawing>
              <wp:anchor distT="0" distB="0" distL="114300" distR="114300" simplePos="0" relativeHeight="251658240" behindDoc="0" locked="0" layoutInCell="1" allowOverlap="1" wp14:anchorId="04F7F061" wp14:editId="1776327E">
                <wp:simplePos x="0" y="0"/>
                <wp:positionH relativeFrom="column">
                  <wp:posOffset>1869244</wp:posOffset>
                </wp:positionH>
                <wp:positionV relativeFrom="paragraph">
                  <wp:posOffset>10795</wp:posOffset>
                </wp:positionV>
                <wp:extent cx="19240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30ADC194"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2pt,.85pt" to="298.7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" strokecolor="black [3040]"/>
            </w:pict>
          </mc:Fallback>
        </mc:AlternateContent>
      </w:r>
    </w:p>
    <w:p w14:paraId="570CB625" w14:textId="2CF61EF9" w:rsidR="00A5077D" w:rsidRDefault="00A5077D" w:rsidP="00866FDC">
      <w:pPr>
        <w:spacing w:before="80" w:after="0" w:line="264" w:lineRule="auto"/>
        <w:ind w:firstLine="567"/>
        <w:jc w:val="both"/>
        <w:rPr>
          <w:rFonts w:ascii="Times New Roman" w:eastAsia="Times New Roman" w:hAnsi="Times New Roman" w:cs="Times New Roman"/>
          <w:sz w:val="28"/>
          <w:szCs w:val="28"/>
        </w:rPr>
      </w:pPr>
      <w:r w:rsidRPr="00A5077D">
        <w:rPr>
          <w:rFonts w:ascii="Times New Roman" w:eastAsia="Times New Roman" w:hAnsi="Times New Roman" w:cs="Times New Roman"/>
          <w:sz w:val="28"/>
          <w:szCs w:val="28"/>
        </w:rPr>
        <w:t xml:space="preserve">Thực hiện </w:t>
      </w:r>
      <w:r w:rsidR="00B77372">
        <w:rPr>
          <w:rFonts w:ascii="Times New Roman" w:eastAsia="Times New Roman" w:hAnsi="Times New Roman" w:cs="Times New Roman"/>
          <w:sz w:val="28"/>
          <w:szCs w:val="28"/>
        </w:rPr>
        <w:t xml:space="preserve">Kế hoạch số 233/KH-CAT-PC06 ngày 19/06/2026 của Công an tỉnh Hà Tĩnh về </w:t>
      </w:r>
      <w:r w:rsidR="00B77372" w:rsidRPr="00B77372">
        <w:rPr>
          <w:rFonts w:ascii="Times New Roman" w:eastAsia="Times New Roman" w:hAnsi="Times New Roman" w:cs="Times New Roman"/>
          <w:sz w:val="28"/>
          <w:szCs w:val="28"/>
        </w:rPr>
        <w:t xml:space="preserve">Thực hiện đợt cao điểm triển </w:t>
      </w:r>
      <w:r w:rsidR="00B77372">
        <w:rPr>
          <w:rFonts w:ascii="Times New Roman" w:eastAsia="Times New Roman" w:hAnsi="Times New Roman" w:cs="Times New Roman"/>
          <w:sz w:val="28"/>
          <w:szCs w:val="28"/>
        </w:rPr>
        <w:t xml:space="preserve">khai thu nhận mẫu sinh phẩm ADN </w:t>
      </w:r>
      <w:r w:rsidR="00B77372" w:rsidRPr="00B77372">
        <w:rPr>
          <w:rFonts w:ascii="Times New Roman" w:eastAsia="Times New Roman" w:hAnsi="Times New Roman" w:cs="Times New Roman"/>
          <w:sz w:val="28"/>
          <w:szCs w:val="28"/>
        </w:rPr>
        <w:t xml:space="preserve">thân nhân liệt sĩ chưa xác định thông tin trên địa bàn </w:t>
      </w:r>
      <w:r w:rsidR="00B77372">
        <w:rPr>
          <w:rFonts w:ascii="Times New Roman" w:eastAsia="Times New Roman" w:hAnsi="Times New Roman" w:cs="Times New Roman"/>
          <w:sz w:val="28"/>
          <w:szCs w:val="28"/>
        </w:rPr>
        <w:t>tỉnh Hà Tĩnh</w:t>
      </w:r>
      <w:r w:rsidRPr="00A5077D">
        <w:rPr>
          <w:rFonts w:ascii="Times New Roman" w:eastAsia="Times New Roman" w:hAnsi="Times New Roman" w:cs="Times New Roman"/>
          <w:sz w:val="28"/>
          <w:szCs w:val="28"/>
        </w:rPr>
        <w:t xml:space="preserve">; </w:t>
      </w:r>
      <w:r w:rsidR="00917C8A">
        <w:rPr>
          <w:rFonts w:ascii="Times New Roman" w:eastAsia="Times New Roman" w:hAnsi="Times New Roman" w:cs="Times New Roman"/>
          <w:sz w:val="28"/>
          <w:szCs w:val="28"/>
        </w:rPr>
        <w:t xml:space="preserve">Văn bản số 8468/C06-TTDLDC ngày 24/09/2026 của Cục C06 về triển khai thu nhận mẫu sinh phẩm ADN thân nhân liệt sĩ theo dòng họ mẹ đợt 2 năm 2026, </w:t>
      </w:r>
      <w:r w:rsidRPr="00A5077D">
        <w:rPr>
          <w:rFonts w:ascii="Times New Roman" w:eastAsia="Times New Roman" w:hAnsi="Times New Roman" w:cs="Times New Roman"/>
          <w:sz w:val="28"/>
          <w:szCs w:val="28"/>
        </w:rPr>
        <w:t xml:space="preserve">UBND xã </w:t>
      </w:r>
      <w:r w:rsidR="007B5FE9">
        <w:rPr>
          <w:rFonts w:ascii="Times New Roman" w:eastAsia="Times New Roman" w:hAnsi="Times New Roman" w:cs="Times New Roman"/>
          <w:sz w:val="28"/>
          <w:szCs w:val="28"/>
        </w:rPr>
        <w:t>Đức Thịnh</w:t>
      </w:r>
      <w:r w:rsidRPr="00A5077D">
        <w:rPr>
          <w:rFonts w:ascii="Times New Roman" w:eastAsia="Times New Roman" w:hAnsi="Times New Roman" w:cs="Times New Roman"/>
          <w:sz w:val="28"/>
          <w:szCs w:val="28"/>
        </w:rPr>
        <w:t xml:space="preserve"> xây dựng Kế hoạch tổ chức tuyên truyền, vận động thân nhân liệt sĩ tham gia cung thu nhận mẫu ADN phục vụ xác định danh tính hài cốt liệt sĩ chưa xác định được thông tin</w:t>
      </w:r>
      <w:r w:rsidR="00917C8A">
        <w:rPr>
          <w:rFonts w:ascii="Times New Roman" w:eastAsia="Times New Roman" w:hAnsi="Times New Roman" w:cs="Times New Roman"/>
          <w:sz w:val="28"/>
          <w:szCs w:val="28"/>
        </w:rPr>
        <w:t xml:space="preserve"> đợt 2</w:t>
      </w:r>
      <w:r w:rsidRPr="00A5077D">
        <w:rPr>
          <w:rFonts w:ascii="Times New Roman" w:eastAsia="Times New Roman" w:hAnsi="Times New Roman" w:cs="Times New Roman"/>
          <w:sz w:val="28"/>
          <w:szCs w:val="28"/>
        </w:rPr>
        <w:t xml:space="preserve"> như sau:</w:t>
      </w:r>
    </w:p>
    <w:p w14:paraId="1DB49724" w14:textId="77777777" w:rsidR="00193EF2" w:rsidRPr="00193EF2" w:rsidRDefault="00193EF2" w:rsidP="00866FDC">
      <w:pPr>
        <w:spacing w:before="80" w:after="0" w:line="264" w:lineRule="auto"/>
        <w:ind w:firstLine="567"/>
        <w:jc w:val="both"/>
        <w:rPr>
          <w:rFonts w:ascii="Times New Roman" w:eastAsia="Times New Roman" w:hAnsi="Times New Roman" w:cs="Times New Roman"/>
          <w:b/>
          <w:spacing w:val="-8"/>
          <w:sz w:val="28"/>
          <w:szCs w:val="28"/>
        </w:rPr>
      </w:pPr>
      <w:r w:rsidRPr="00193EF2">
        <w:rPr>
          <w:rFonts w:ascii="Times New Roman" w:eastAsia="Times New Roman" w:hAnsi="Times New Roman" w:cs="Times New Roman"/>
          <w:b/>
          <w:spacing w:val="-8"/>
          <w:sz w:val="28"/>
          <w:szCs w:val="28"/>
        </w:rPr>
        <w:t>I. MỤC TIÊU, YÊU CẦU; PHẠM VI, ĐỐI TƯỢNG THU MẪU SINH PHẨM ADN</w:t>
      </w:r>
    </w:p>
    <w:p w14:paraId="3416F08F" w14:textId="77777777" w:rsidR="00193EF2" w:rsidRPr="00193EF2" w:rsidRDefault="00193EF2" w:rsidP="00866FDC">
      <w:pPr>
        <w:spacing w:before="80" w:after="0" w:line="264" w:lineRule="auto"/>
        <w:ind w:firstLine="567"/>
        <w:jc w:val="both"/>
        <w:rPr>
          <w:rFonts w:ascii="Times New Roman" w:eastAsia="Times New Roman" w:hAnsi="Times New Roman" w:cs="Times New Roman"/>
          <w:b/>
          <w:spacing w:val="-8"/>
          <w:sz w:val="28"/>
          <w:szCs w:val="28"/>
        </w:rPr>
      </w:pPr>
      <w:r w:rsidRPr="00193EF2">
        <w:rPr>
          <w:rFonts w:ascii="Times New Roman" w:eastAsia="Times New Roman" w:hAnsi="Times New Roman" w:cs="Times New Roman"/>
          <w:b/>
          <w:spacing w:val="-8"/>
          <w:sz w:val="28"/>
          <w:szCs w:val="28"/>
        </w:rPr>
        <w:t>1.1. Mục tiêu, yêu cầu</w:t>
      </w:r>
    </w:p>
    <w:p w14:paraId="6F17656E" w14:textId="77777777" w:rsidR="00193EF2" w:rsidRPr="00193EF2" w:rsidRDefault="00193EF2" w:rsidP="00866FDC">
      <w:pPr>
        <w:spacing w:before="80" w:after="0" w:line="264" w:lineRule="auto"/>
        <w:ind w:firstLine="567"/>
        <w:jc w:val="both"/>
        <w:rPr>
          <w:rFonts w:ascii="Times New Roman" w:eastAsia="Times New Roman" w:hAnsi="Times New Roman" w:cs="Times New Roman"/>
          <w:spacing w:val="-8"/>
          <w:sz w:val="28"/>
          <w:szCs w:val="28"/>
        </w:rPr>
      </w:pPr>
      <w:r w:rsidRPr="00193EF2">
        <w:rPr>
          <w:rFonts w:ascii="Times New Roman" w:eastAsia="Times New Roman" w:hAnsi="Times New Roman" w:cs="Times New Roman"/>
          <w:spacing w:val="-8"/>
          <w:sz w:val="28"/>
          <w:szCs w:val="28"/>
        </w:rPr>
        <w:t>-</w:t>
      </w:r>
      <w:r w:rsidR="007E0266">
        <w:rPr>
          <w:rFonts w:ascii="Times New Roman" w:eastAsia="Times New Roman" w:hAnsi="Times New Roman" w:cs="Times New Roman"/>
          <w:spacing w:val="-8"/>
          <w:sz w:val="28"/>
          <w:szCs w:val="28"/>
        </w:rPr>
        <w:t xml:space="preserve"> Quán triệt đến toàn bộ cán bộ, đảng viên </w:t>
      </w:r>
      <w:r w:rsidRPr="00193EF2">
        <w:rPr>
          <w:rFonts w:ascii="Times New Roman" w:eastAsia="Times New Roman" w:hAnsi="Times New Roman" w:cs="Times New Roman"/>
          <w:spacing w:val="-8"/>
          <w:sz w:val="28"/>
          <w:szCs w:val="28"/>
        </w:rPr>
        <w:t>và các lực lượng có liên quan về công tác tìm kiếm, quy tập và xác định danh tính hài cốt liệt sĩ là nhiệm vụ chính trị thiêng liêng của Đảng và Nhà nước, thể hiện đạo lý “uống nước nhớ nguồn”, trách nhiệm của các thế hệ đối với các anh hùng liệt sĩ.</w:t>
      </w:r>
    </w:p>
    <w:p w14:paraId="2B046557" w14:textId="78938D50" w:rsidR="00193EF2" w:rsidRPr="00193EF2" w:rsidRDefault="00193EF2" w:rsidP="00866FDC">
      <w:pPr>
        <w:spacing w:before="80" w:after="0" w:line="264" w:lineRule="auto"/>
        <w:ind w:firstLine="567"/>
        <w:jc w:val="both"/>
        <w:rPr>
          <w:rFonts w:ascii="Times New Roman" w:eastAsia="Times New Roman" w:hAnsi="Times New Roman" w:cs="Times New Roman"/>
          <w:spacing w:val="-8"/>
          <w:sz w:val="28"/>
          <w:szCs w:val="28"/>
        </w:rPr>
      </w:pPr>
      <w:r w:rsidRPr="00193EF2">
        <w:rPr>
          <w:rFonts w:ascii="Times New Roman" w:eastAsia="Times New Roman" w:hAnsi="Times New Roman" w:cs="Times New Roman"/>
          <w:spacing w:val="-8"/>
          <w:sz w:val="28"/>
          <w:szCs w:val="28"/>
        </w:rPr>
        <w:t>- Triển khai thu nhận mẫu sinh phẩm ADN đối với thân nhân liệt sĩ chưa xác định thông tin đã được khảo sát, xác minh và cập nhật thông tin trên Hệ thống Cơ</w:t>
      </w:r>
      <w:r w:rsidR="005D55EC">
        <w:rPr>
          <w:rFonts w:ascii="Times New Roman" w:eastAsia="Times New Roman" w:hAnsi="Times New Roman" w:cs="Times New Roman"/>
          <w:spacing w:val="-8"/>
          <w:sz w:val="28"/>
          <w:szCs w:val="28"/>
        </w:rPr>
        <w:t xml:space="preserve"> sở dữ liệu quốc gia về dân cư.</w:t>
      </w:r>
    </w:p>
    <w:p w14:paraId="62B080D0" w14:textId="47AF2E8F" w:rsidR="00193EF2" w:rsidRDefault="00193EF2" w:rsidP="00866FDC">
      <w:pPr>
        <w:spacing w:before="80" w:after="0" w:line="264" w:lineRule="auto"/>
        <w:ind w:firstLine="567"/>
        <w:jc w:val="both"/>
        <w:rPr>
          <w:rFonts w:ascii="Times New Roman" w:eastAsia="Times New Roman" w:hAnsi="Times New Roman" w:cs="Times New Roman"/>
          <w:spacing w:val="-8"/>
          <w:sz w:val="28"/>
          <w:szCs w:val="28"/>
        </w:rPr>
      </w:pPr>
      <w:r w:rsidRPr="00193EF2">
        <w:rPr>
          <w:rFonts w:ascii="Times New Roman" w:eastAsia="Times New Roman" w:hAnsi="Times New Roman" w:cs="Times New Roman"/>
          <w:spacing w:val="-8"/>
          <w:sz w:val="28"/>
          <w:szCs w:val="28"/>
        </w:rPr>
        <w:t xml:space="preserve">- Công tác thu mẫu sinh phẩm ADN theo kế hoạch bảo đảm </w:t>
      </w:r>
      <w:r w:rsidR="007E0266">
        <w:rPr>
          <w:rFonts w:ascii="Times New Roman" w:eastAsia="Times New Roman" w:hAnsi="Times New Roman" w:cs="Times New Roman"/>
          <w:spacing w:val="-8"/>
          <w:sz w:val="28"/>
          <w:szCs w:val="28"/>
        </w:rPr>
        <w:t>đ</w:t>
      </w:r>
      <w:r w:rsidR="005D55EC">
        <w:rPr>
          <w:rFonts w:ascii="Times New Roman" w:eastAsia="Times New Roman" w:hAnsi="Times New Roman" w:cs="Times New Roman"/>
          <w:spacing w:val="-8"/>
          <w:sz w:val="28"/>
          <w:szCs w:val="28"/>
        </w:rPr>
        <w:t>úng người, đúng diện đối tượng, đủ số lượng theo danh sách các địa phương đã đăng ký.</w:t>
      </w:r>
    </w:p>
    <w:p w14:paraId="284A8CF9" w14:textId="77777777" w:rsidR="00193EF2" w:rsidRPr="00193EF2" w:rsidRDefault="00193EF2" w:rsidP="00866FDC">
      <w:pPr>
        <w:spacing w:before="80" w:after="0" w:line="264" w:lineRule="auto"/>
        <w:ind w:firstLine="567"/>
        <w:jc w:val="both"/>
        <w:rPr>
          <w:rFonts w:ascii="Times New Roman" w:eastAsia="Times New Roman" w:hAnsi="Times New Roman" w:cs="Times New Roman"/>
          <w:b/>
          <w:spacing w:val="-8"/>
          <w:sz w:val="28"/>
          <w:szCs w:val="28"/>
        </w:rPr>
      </w:pPr>
      <w:r>
        <w:rPr>
          <w:rFonts w:ascii="Times New Roman" w:eastAsia="Times New Roman" w:hAnsi="Times New Roman" w:cs="Times New Roman"/>
          <w:b/>
          <w:spacing w:val="-8"/>
          <w:sz w:val="28"/>
          <w:szCs w:val="28"/>
        </w:rPr>
        <w:t>1</w:t>
      </w:r>
      <w:r w:rsidRPr="00193EF2">
        <w:rPr>
          <w:rFonts w:ascii="Times New Roman" w:eastAsia="Times New Roman" w:hAnsi="Times New Roman" w:cs="Times New Roman"/>
          <w:b/>
          <w:spacing w:val="-8"/>
          <w:sz w:val="28"/>
          <w:szCs w:val="28"/>
        </w:rPr>
        <w:t>.2. Phạm vi, đối tượng thu mẫu sinh phẩm ADN</w:t>
      </w:r>
    </w:p>
    <w:p w14:paraId="5846B4A2" w14:textId="59911BE5" w:rsidR="00906323" w:rsidRPr="005D55EC" w:rsidRDefault="00193EF2" w:rsidP="00866FDC">
      <w:pPr>
        <w:spacing w:before="80" w:after="0" w:line="264" w:lineRule="auto"/>
        <w:ind w:firstLine="567"/>
        <w:jc w:val="both"/>
        <w:rPr>
          <w:rFonts w:ascii="Times New Roman" w:eastAsia="Times New Roman" w:hAnsi="Times New Roman" w:cs="Times New Roman"/>
          <w:spacing w:val="-8"/>
          <w:sz w:val="28"/>
          <w:szCs w:val="28"/>
        </w:rPr>
      </w:pPr>
      <w:r w:rsidRPr="00193EF2">
        <w:rPr>
          <w:rFonts w:ascii="Times New Roman" w:eastAsia="Times New Roman" w:hAnsi="Times New Roman" w:cs="Times New Roman"/>
          <w:spacing w:val="-8"/>
          <w:sz w:val="28"/>
          <w:szCs w:val="28"/>
        </w:rPr>
        <w:t xml:space="preserve"> Đối tượng: Thân nhân liệt sĩ chưa xác địn</w:t>
      </w:r>
      <w:r w:rsidR="007E0266">
        <w:rPr>
          <w:rFonts w:ascii="Times New Roman" w:eastAsia="Times New Roman" w:hAnsi="Times New Roman" w:cs="Times New Roman"/>
          <w:spacing w:val="-8"/>
          <w:sz w:val="28"/>
          <w:szCs w:val="28"/>
        </w:rPr>
        <w:t xml:space="preserve">h thông tin theo </w:t>
      </w:r>
      <w:r w:rsidR="00ED477B">
        <w:rPr>
          <w:rFonts w:ascii="Times New Roman" w:eastAsia="Times New Roman" w:hAnsi="Times New Roman" w:cs="Times New Roman"/>
          <w:spacing w:val="-8"/>
          <w:sz w:val="28"/>
          <w:szCs w:val="28"/>
        </w:rPr>
        <w:t>danh sách Công an tỉnh cung cấp</w:t>
      </w:r>
    </w:p>
    <w:p w14:paraId="6CDAF317" w14:textId="7BD29262" w:rsidR="00193EF2" w:rsidRPr="00193EF2" w:rsidRDefault="00193EF2" w:rsidP="00866FDC">
      <w:pPr>
        <w:spacing w:before="80" w:after="0" w:line="264" w:lineRule="auto"/>
        <w:ind w:firstLine="567"/>
        <w:jc w:val="both"/>
        <w:rPr>
          <w:rFonts w:ascii="Times New Roman" w:eastAsia="Times New Roman" w:hAnsi="Times New Roman" w:cs="Times New Roman"/>
          <w:b/>
          <w:spacing w:val="-8"/>
          <w:sz w:val="28"/>
          <w:szCs w:val="28"/>
        </w:rPr>
      </w:pPr>
      <w:r w:rsidRPr="00193EF2">
        <w:rPr>
          <w:rFonts w:ascii="Times New Roman" w:eastAsia="Times New Roman" w:hAnsi="Times New Roman" w:cs="Times New Roman"/>
          <w:b/>
          <w:spacing w:val="-8"/>
          <w:sz w:val="28"/>
          <w:szCs w:val="28"/>
        </w:rPr>
        <w:t>II. NỘI DUNG, BIỆN PHÁP</w:t>
      </w:r>
    </w:p>
    <w:p w14:paraId="19308EE8" w14:textId="77777777" w:rsidR="007E0266" w:rsidRPr="007E0266" w:rsidRDefault="00EF509E" w:rsidP="00866FDC">
      <w:pPr>
        <w:spacing w:before="80" w:after="0" w:line="264" w:lineRule="auto"/>
        <w:ind w:firstLine="567"/>
        <w:jc w:val="both"/>
        <w:rPr>
          <w:rFonts w:ascii="Times New Roman" w:eastAsia="Times New Roman" w:hAnsi="Times New Roman" w:cs="Times New Roman"/>
          <w:b/>
          <w:spacing w:val="-8"/>
          <w:sz w:val="28"/>
          <w:szCs w:val="28"/>
        </w:rPr>
      </w:pPr>
      <w:r>
        <w:rPr>
          <w:rFonts w:ascii="Times New Roman" w:eastAsia="Times New Roman" w:hAnsi="Times New Roman" w:cs="Times New Roman"/>
          <w:b/>
          <w:spacing w:val="-8"/>
          <w:sz w:val="28"/>
          <w:szCs w:val="28"/>
        </w:rPr>
        <w:t>2.</w:t>
      </w:r>
      <w:r w:rsidR="007E0266" w:rsidRPr="007E0266">
        <w:rPr>
          <w:rFonts w:ascii="Times New Roman" w:eastAsia="Times New Roman" w:hAnsi="Times New Roman" w:cs="Times New Roman"/>
          <w:b/>
          <w:spacing w:val="-8"/>
          <w:sz w:val="28"/>
          <w:szCs w:val="28"/>
        </w:rPr>
        <w:t>2. Công tác tuyên truyền</w:t>
      </w:r>
    </w:p>
    <w:p w14:paraId="76E72116" w14:textId="1718B2ED" w:rsidR="00EF509E" w:rsidRPr="00F81ABD" w:rsidRDefault="00F81ABD" w:rsidP="00866FDC">
      <w:pPr>
        <w:spacing w:before="80" w:after="0" w:line="264" w:lineRule="auto"/>
        <w:ind w:firstLine="567"/>
        <w:jc w:val="both"/>
        <w:rPr>
          <w:rFonts w:ascii="Times New Roman" w:eastAsia="Times New Roman" w:hAnsi="Times New Roman" w:cs="Times New Roman"/>
          <w:sz w:val="28"/>
          <w:szCs w:val="28"/>
        </w:rPr>
      </w:pPr>
      <w:r w:rsidRPr="00F81ABD">
        <w:rPr>
          <w:rFonts w:ascii="Times New Roman" w:eastAsia="Times New Roman" w:hAnsi="Symbol" w:cs="Times New Roman"/>
          <w:sz w:val="28"/>
          <w:szCs w:val="28"/>
        </w:rPr>
        <w:t>T</w:t>
      </w:r>
      <w:r w:rsidR="00EF509E" w:rsidRPr="00EF509E">
        <w:rPr>
          <w:rFonts w:ascii="Times New Roman" w:eastAsia="Times New Roman" w:hAnsi="Times New Roman" w:cs="Times New Roman"/>
          <w:sz w:val="28"/>
          <w:szCs w:val="28"/>
        </w:rPr>
        <w:t xml:space="preserve">uyên truyền </w:t>
      </w:r>
      <w:r w:rsidR="005D55EC">
        <w:rPr>
          <w:rFonts w:ascii="Times New Roman" w:eastAsia="Times New Roman" w:hAnsi="Times New Roman" w:cs="Times New Roman"/>
          <w:sz w:val="28"/>
          <w:szCs w:val="28"/>
        </w:rPr>
        <w:t>trực tiếp tới thân nhân, gia đình người có lấy mẫu</w:t>
      </w:r>
      <w:r>
        <w:rPr>
          <w:rFonts w:ascii="Times New Roman" w:eastAsia="Times New Roman" w:hAnsi="Times New Roman" w:cs="Times New Roman"/>
          <w:sz w:val="28"/>
          <w:szCs w:val="28"/>
        </w:rPr>
        <w:t xml:space="preserve"> </w:t>
      </w:r>
      <w:r w:rsidR="00EF509E" w:rsidRPr="00EF509E">
        <w:rPr>
          <w:rFonts w:ascii="Times New Roman" w:eastAsia="Times New Roman" w:hAnsi="Times New Roman" w:cs="Times New Roman"/>
          <w:sz w:val="28"/>
          <w:szCs w:val="28"/>
        </w:rPr>
        <w:t>về mục đích, ý n</w:t>
      </w:r>
      <w:r w:rsidR="005D55EC">
        <w:rPr>
          <w:rFonts w:ascii="Times New Roman" w:eastAsia="Times New Roman" w:hAnsi="Times New Roman" w:cs="Times New Roman"/>
          <w:sz w:val="28"/>
          <w:szCs w:val="28"/>
        </w:rPr>
        <w:t>ghĩa của việc thu nhận mẫu AND.</w:t>
      </w:r>
    </w:p>
    <w:p w14:paraId="1BED3BC9" w14:textId="77777777" w:rsidR="007E0266" w:rsidRPr="007E0266" w:rsidRDefault="00245EA9" w:rsidP="00866FDC">
      <w:pPr>
        <w:spacing w:before="80" w:after="0" w:line="264" w:lineRule="auto"/>
        <w:ind w:firstLine="567"/>
        <w:jc w:val="both"/>
        <w:rPr>
          <w:rFonts w:ascii="Times New Roman" w:eastAsia="Times New Roman" w:hAnsi="Times New Roman" w:cs="Times New Roman"/>
          <w:b/>
          <w:spacing w:val="-8"/>
          <w:sz w:val="28"/>
          <w:szCs w:val="28"/>
        </w:rPr>
      </w:pPr>
      <w:r>
        <w:rPr>
          <w:rFonts w:ascii="Times New Roman" w:eastAsia="Times New Roman" w:hAnsi="Times New Roman" w:cs="Times New Roman"/>
          <w:b/>
          <w:spacing w:val="-8"/>
          <w:sz w:val="28"/>
          <w:szCs w:val="28"/>
        </w:rPr>
        <w:t>2.</w:t>
      </w:r>
      <w:r w:rsidR="007E0266" w:rsidRPr="007E0266">
        <w:rPr>
          <w:rFonts w:ascii="Times New Roman" w:eastAsia="Times New Roman" w:hAnsi="Times New Roman" w:cs="Times New Roman"/>
          <w:b/>
          <w:spacing w:val="-8"/>
          <w:sz w:val="28"/>
          <w:szCs w:val="28"/>
        </w:rPr>
        <w:t>3. Công tác chuẩn bị phục vụ thu nhận mẫu</w:t>
      </w:r>
    </w:p>
    <w:p w14:paraId="771B4BFB" w14:textId="77777777" w:rsidR="00F81ABD" w:rsidRDefault="00F81ABD" w:rsidP="00866FDC">
      <w:pPr>
        <w:spacing w:before="80" w:after="0" w:line="264" w:lineRule="auto"/>
        <w:ind w:firstLine="567"/>
        <w:jc w:val="both"/>
        <w:rPr>
          <w:rFonts w:ascii="Times New Roman" w:eastAsia="Times New Roman" w:hAnsi="Times New Roman" w:cs="Times New Roman"/>
          <w:spacing w:val="-8"/>
          <w:sz w:val="28"/>
          <w:szCs w:val="28"/>
        </w:rPr>
      </w:pPr>
      <w:r>
        <w:rPr>
          <w:rFonts w:ascii="Times New Roman" w:eastAsia="Times New Roman" w:hAnsi="Times New Roman" w:cs="Times New Roman"/>
          <w:spacing w:val="-8"/>
          <w:sz w:val="28"/>
          <w:szCs w:val="28"/>
        </w:rPr>
        <w:lastRenderedPageBreak/>
        <w:t xml:space="preserve">- Hướng dẫn thân nhân liệt sĩ trong diện thu mẫu ADN trong diện thu mẫu ADN kiểm tra lại thông tin mối quan hệ với liệt sĩ đảm bảo chính xác, tiến hành phát phiếu, hướng dẫn thân nhân kê khai thông tin. </w:t>
      </w:r>
    </w:p>
    <w:p w14:paraId="6D3EE4B3" w14:textId="7C52BDE0" w:rsidR="007E0266" w:rsidRPr="003D58D6" w:rsidRDefault="007E0266" w:rsidP="00866FDC">
      <w:pPr>
        <w:spacing w:before="80" w:after="0" w:line="264" w:lineRule="auto"/>
        <w:ind w:firstLine="567"/>
        <w:jc w:val="both"/>
        <w:rPr>
          <w:rFonts w:ascii="Times New Roman" w:eastAsia="Times New Roman" w:hAnsi="Times New Roman" w:cs="Times New Roman"/>
          <w:b/>
          <w:i/>
          <w:spacing w:val="-8"/>
          <w:sz w:val="28"/>
          <w:szCs w:val="28"/>
        </w:rPr>
      </w:pPr>
      <w:r>
        <w:rPr>
          <w:rFonts w:ascii="Times New Roman" w:eastAsia="Times New Roman" w:hAnsi="Times New Roman" w:cs="Times New Roman"/>
          <w:spacing w:val="-8"/>
          <w:sz w:val="28"/>
          <w:szCs w:val="28"/>
        </w:rPr>
        <w:t xml:space="preserve">- </w:t>
      </w:r>
      <w:r w:rsidR="00F81ABD">
        <w:rPr>
          <w:rFonts w:ascii="Times New Roman" w:eastAsia="Times New Roman" w:hAnsi="Times New Roman" w:cs="Times New Roman"/>
          <w:spacing w:val="-8"/>
          <w:sz w:val="28"/>
          <w:szCs w:val="28"/>
        </w:rPr>
        <w:t>Thông báo hoặc gửi</w:t>
      </w:r>
      <w:r w:rsidRPr="007E0266">
        <w:rPr>
          <w:rFonts w:ascii="Times New Roman" w:eastAsia="Times New Roman" w:hAnsi="Times New Roman" w:cs="Times New Roman"/>
          <w:spacing w:val="-8"/>
          <w:sz w:val="28"/>
          <w:szCs w:val="28"/>
        </w:rPr>
        <w:t xml:space="preserve"> giấy mời đến các thân nhân </w:t>
      </w:r>
      <w:r>
        <w:rPr>
          <w:rFonts w:ascii="Times New Roman" w:eastAsia="Times New Roman" w:hAnsi="Times New Roman" w:cs="Times New Roman"/>
          <w:spacing w:val="-8"/>
          <w:sz w:val="28"/>
          <w:szCs w:val="28"/>
        </w:rPr>
        <w:t xml:space="preserve">liệt sĩ thuộc diện thu nhận mẫu </w:t>
      </w:r>
    </w:p>
    <w:p w14:paraId="20D8A56F" w14:textId="77777777" w:rsidR="007E0266" w:rsidRPr="007E0266" w:rsidRDefault="007E0266" w:rsidP="00866FDC">
      <w:pPr>
        <w:spacing w:before="80" w:after="0" w:line="264" w:lineRule="auto"/>
        <w:ind w:firstLine="567"/>
        <w:jc w:val="both"/>
        <w:rPr>
          <w:rFonts w:ascii="Times New Roman" w:eastAsia="Times New Roman" w:hAnsi="Times New Roman" w:cs="Times New Roman"/>
          <w:i/>
          <w:spacing w:val="-8"/>
          <w:sz w:val="28"/>
          <w:szCs w:val="28"/>
        </w:rPr>
      </w:pPr>
      <w:r>
        <w:rPr>
          <w:rFonts w:ascii="Times New Roman" w:eastAsia="Times New Roman" w:hAnsi="Times New Roman" w:cs="Times New Roman"/>
          <w:spacing w:val="-8"/>
          <w:sz w:val="28"/>
          <w:szCs w:val="28"/>
        </w:rPr>
        <w:t xml:space="preserve">- </w:t>
      </w:r>
      <w:r w:rsidRPr="007E0266">
        <w:rPr>
          <w:rFonts w:ascii="Times New Roman" w:eastAsia="Times New Roman" w:hAnsi="Times New Roman" w:cs="Times New Roman"/>
          <w:spacing w:val="-8"/>
          <w:sz w:val="28"/>
          <w:szCs w:val="28"/>
        </w:rPr>
        <w:t xml:space="preserve">Hướng dẫn thân nhân chuẩn bị căn cước công dân </w:t>
      </w:r>
      <w:r>
        <w:rPr>
          <w:rFonts w:ascii="Times New Roman" w:eastAsia="Times New Roman" w:hAnsi="Times New Roman" w:cs="Times New Roman"/>
          <w:spacing w:val="-8"/>
          <w:sz w:val="28"/>
          <w:szCs w:val="28"/>
        </w:rPr>
        <w:t>khi tham gia lấy mẫu, chuẩn bị</w:t>
      </w:r>
      <w:r w:rsidR="00F81ABD">
        <w:rPr>
          <w:rFonts w:ascii="Times New Roman" w:eastAsia="Times New Roman" w:hAnsi="Times New Roman" w:cs="Times New Roman"/>
          <w:spacing w:val="-8"/>
          <w:sz w:val="28"/>
          <w:szCs w:val="28"/>
        </w:rPr>
        <w:t xml:space="preserve"> kinh phí,</w:t>
      </w:r>
      <w:r>
        <w:rPr>
          <w:rFonts w:ascii="Times New Roman" w:eastAsia="Times New Roman" w:hAnsi="Times New Roman" w:cs="Times New Roman"/>
          <w:spacing w:val="-8"/>
          <w:sz w:val="28"/>
          <w:szCs w:val="28"/>
        </w:rPr>
        <w:t xml:space="preserve"> phương tiện đưa đón </w:t>
      </w:r>
      <w:r w:rsidRPr="007E0266">
        <w:rPr>
          <w:rFonts w:ascii="Times New Roman" w:eastAsia="Times New Roman" w:hAnsi="Times New Roman" w:cs="Times New Roman"/>
          <w:i/>
          <w:spacing w:val="-8"/>
          <w:sz w:val="28"/>
          <w:szCs w:val="28"/>
        </w:rPr>
        <w:t>(nếu có).</w:t>
      </w:r>
    </w:p>
    <w:p w14:paraId="324F5749" w14:textId="77777777" w:rsidR="007E0266" w:rsidRPr="003D58D6" w:rsidRDefault="00245EA9" w:rsidP="00866FDC">
      <w:pPr>
        <w:spacing w:before="80" w:after="0" w:line="264" w:lineRule="auto"/>
        <w:ind w:firstLine="567"/>
        <w:jc w:val="both"/>
        <w:rPr>
          <w:rFonts w:ascii="Times New Roman" w:eastAsia="Times New Roman" w:hAnsi="Times New Roman" w:cs="Times New Roman"/>
          <w:b/>
          <w:spacing w:val="-8"/>
          <w:sz w:val="28"/>
          <w:szCs w:val="28"/>
        </w:rPr>
      </w:pPr>
      <w:r>
        <w:rPr>
          <w:rFonts w:ascii="Times New Roman" w:eastAsia="Times New Roman" w:hAnsi="Times New Roman" w:cs="Times New Roman"/>
          <w:b/>
          <w:spacing w:val="-8"/>
          <w:sz w:val="28"/>
          <w:szCs w:val="28"/>
        </w:rPr>
        <w:t>2.</w:t>
      </w:r>
      <w:r w:rsidR="007E0266" w:rsidRPr="003D58D6">
        <w:rPr>
          <w:rFonts w:ascii="Times New Roman" w:eastAsia="Times New Roman" w:hAnsi="Times New Roman" w:cs="Times New Roman"/>
          <w:b/>
          <w:spacing w:val="-8"/>
          <w:sz w:val="28"/>
          <w:szCs w:val="28"/>
        </w:rPr>
        <w:t>4. Tổ chức hỗ trợ trong thời gian thu nhận mẫu</w:t>
      </w:r>
    </w:p>
    <w:p w14:paraId="28D45BB2" w14:textId="77777777" w:rsidR="007E0266" w:rsidRPr="007E0266" w:rsidRDefault="007E0266" w:rsidP="00866FDC">
      <w:pPr>
        <w:spacing w:before="80" w:after="0" w:line="264" w:lineRule="auto"/>
        <w:ind w:firstLine="567"/>
        <w:jc w:val="both"/>
        <w:rPr>
          <w:rFonts w:ascii="Times New Roman" w:eastAsia="Times New Roman" w:hAnsi="Times New Roman" w:cs="Times New Roman"/>
          <w:spacing w:val="-8"/>
          <w:sz w:val="28"/>
          <w:szCs w:val="28"/>
        </w:rPr>
      </w:pPr>
      <w:r w:rsidRPr="007E0266">
        <w:rPr>
          <w:rFonts w:ascii="Times New Roman" w:eastAsia="Times New Roman" w:hAnsi="Times New Roman" w:cs="Times New Roman"/>
          <w:spacing w:val="-8"/>
          <w:sz w:val="28"/>
          <w:szCs w:val="28"/>
        </w:rPr>
        <w:t>Huy động cán bộ, công chức, đoàn viên thanh niên, hội phụ nữ, hội cựu c</w:t>
      </w:r>
      <w:r w:rsidR="00F81ABD">
        <w:rPr>
          <w:rFonts w:ascii="Times New Roman" w:eastAsia="Times New Roman" w:hAnsi="Times New Roman" w:cs="Times New Roman"/>
          <w:spacing w:val="-8"/>
          <w:sz w:val="28"/>
          <w:szCs w:val="28"/>
        </w:rPr>
        <w:t>hiến binh tham gia hướng dẫn</w:t>
      </w:r>
      <w:r w:rsidR="004F1FA5">
        <w:rPr>
          <w:rFonts w:ascii="Times New Roman" w:eastAsia="Times New Roman" w:hAnsi="Times New Roman" w:cs="Times New Roman"/>
          <w:spacing w:val="-8"/>
          <w:sz w:val="28"/>
          <w:szCs w:val="28"/>
        </w:rPr>
        <w:t xml:space="preserve">, hỗ trợ thân nhân liệt sĩ. </w:t>
      </w:r>
    </w:p>
    <w:p w14:paraId="75CE7CC6" w14:textId="77777777" w:rsidR="00193EF2" w:rsidRPr="00193EF2" w:rsidRDefault="00193EF2" w:rsidP="00866FDC">
      <w:pPr>
        <w:spacing w:before="80" w:after="0" w:line="264" w:lineRule="auto"/>
        <w:ind w:firstLine="567"/>
        <w:jc w:val="both"/>
        <w:rPr>
          <w:rFonts w:ascii="Times New Roman" w:eastAsia="Times New Roman" w:hAnsi="Times New Roman" w:cs="Times New Roman"/>
          <w:b/>
          <w:spacing w:val="-8"/>
          <w:sz w:val="28"/>
          <w:szCs w:val="28"/>
        </w:rPr>
      </w:pPr>
      <w:r w:rsidRPr="00193EF2">
        <w:rPr>
          <w:rFonts w:ascii="Times New Roman" w:eastAsia="Times New Roman" w:hAnsi="Times New Roman" w:cs="Times New Roman"/>
          <w:b/>
          <w:spacing w:val="-8"/>
          <w:sz w:val="28"/>
          <w:szCs w:val="28"/>
        </w:rPr>
        <w:t>III. PHÂN CÔNG NHIỆM VỤ</w:t>
      </w:r>
    </w:p>
    <w:p w14:paraId="0D95B237" w14:textId="77777777" w:rsidR="004F1FA5" w:rsidRPr="00245EA9" w:rsidRDefault="00245EA9" w:rsidP="00866FDC">
      <w:pPr>
        <w:spacing w:before="80" w:after="0" w:line="264" w:lineRule="auto"/>
        <w:ind w:firstLine="567"/>
        <w:jc w:val="both"/>
        <w:rPr>
          <w:rFonts w:ascii="Times New Roman" w:eastAsia="Times New Roman" w:hAnsi="Times New Roman" w:cs="Times New Roman"/>
          <w:b/>
          <w:spacing w:val="-8"/>
          <w:sz w:val="28"/>
          <w:szCs w:val="28"/>
        </w:rPr>
      </w:pPr>
      <w:r>
        <w:rPr>
          <w:rFonts w:ascii="Times New Roman" w:eastAsia="Times New Roman" w:hAnsi="Times New Roman" w:cs="Times New Roman"/>
          <w:b/>
          <w:spacing w:val="-8"/>
          <w:sz w:val="28"/>
          <w:szCs w:val="28"/>
        </w:rPr>
        <w:t xml:space="preserve">3.1. </w:t>
      </w:r>
      <w:r w:rsidR="004F1FA5" w:rsidRPr="00245EA9">
        <w:rPr>
          <w:rFonts w:ascii="Times New Roman" w:eastAsia="Times New Roman" w:hAnsi="Times New Roman" w:cs="Times New Roman"/>
          <w:b/>
          <w:spacing w:val="-8"/>
          <w:sz w:val="28"/>
          <w:szCs w:val="28"/>
        </w:rPr>
        <w:t>Công an xã</w:t>
      </w:r>
      <w:r w:rsidR="004F1FA5" w:rsidRPr="00245EA9">
        <w:rPr>
          <w:rFonts w:ascii="Times New Roman" w:eastAsia="Times New Roman" w:hAnsi="Times New Roman" w:cs="Times New Roman"/>
          <w:spacing w:val="-8"/>
          <w:sz w:val="28"/>
          <w:szCs w:val="28"/>
        </w:rPr>
        <w:t xml:space="preserve"> </w:t>
      </w:r>
    </w:p>
    <w:p w14:paraId="42E2AC3E" w14:textId="6DE75D12" w:rsidR="004F1FA5" w:rsidRPr="004F1FA5" w:rsidRDefault="00C93286" w:rsidP="00866FDC">
      <w:pPr>
        <w:spacing w:before="80" w:after="0" w:line="264" w:lineRule="auto"/>
        <w:ind w:firstLine="567"/>
        <w:jc w:val="both"/>
        <w:rPr>
          <w:rFonts w:ascii="Times New Roman" w:eastAsia="Times New Roman" w:hAnsi="Times New Roman" w:cs="Times New Roman"/>
          <w:spacing w:val="-8"/>
          <w:sz w:val="28"/>
          <w:szCs w:val="28"/>
        </w:rPr>
      </w:pPr>
      <w:r>
        <w:rPr>
          <w:rFonts w:ascii="Times New Roman" w:eastAsia="Times New Roman" w:hAnsi="Times New Roman" w:cs="Times New Roman"/>
          <w:spacing w:val="-8"/>
          <w:sz w:val="28"/>
          <w:szCs w:val="28"/>
        </w:rPr>
        <w:t>- Tổ chức rà</w:t>
      </w:r>
      <w:r w:rsidR="0088462D">
        <w:rPr>
          <w:rFonts w:ascii="Times New Roman" w:eastAsia="Times New Roman" w:hAnsi="Times New Roman" w:cs="Times New Roman"/>
          <w:spacing w:val="-8"/>
          <w:sz w:val="28"/>
          <w:szCs w:val="28"/>
        </w:rPr>
        <w:t xml:space="preserve"> soát lại toàn bộ kết quả khảo sát, thu nhận thông tin liệt sĩ, thân nhân liệt sĩ vào hệ thống CSLD Quốc gia về dân cư. </w:t>
      </w:r>
      <w:r w:rsidR="00850099">
        <w:rPr>
          <w:rFonts w:ascii="Times New Roman" w:eastAsia="Times New Roman" w:hAnsi="Times New Roman" w:cs="Times New Roman"/>
          <w:spacing w:val="-8"/>
          <w:sz w:val="28"/>
          <w:szCs w:val="28"/>
        </w:rPr>
        <w:t>Bố trí cán bộ tham gia thực hiện nhiệm vụ lấy mẫu AND thân nhân liệt sĩ khi có yêu cầu.</w:t>
      </w:r>
    </w:p>
    <w:p w14:paraId="0CF68C36" w14:textId="520EFCE8" w:rsidR="0088462D" w:rsidRDefault="0088462D" w:rsidP="00866FDC">
      <w:pPr>
        <w:spacing w:before="80" w:after="0" w:line="264" w:lineRule="auto"/>
        <w:ind w:firstLine="567"/>
        <w:jc w:val="both"/>
        <w:rPr>
          <w:rFonts w:ascii="Times New Roman" w:eastAsia="Times New Roman" w:hAnsi="Times New Roman" w:cs="Times New Roman"/>
          <w:spacing w:val="-8"/>
          <w:sz w:val="28"/>
          <w:szCs w:val="28"/>
        </w:rPr>
      </w:pPr>
      <w:r>
        <w:rPr>
          <w:rFonts w:ascii="Times New Roman" w:eastAsia="Times New Roman" w:hAnsi="Times New Roman" w:cs="Times New Roman"/>
          <w:spacing w:val="-8"/>
          <w:sz w:val="28"/>
          <w:szCs w:val="28"/>
        </w:rPr>
        <w:t xml:space="preserve">- </w:t>
      </w:r>
      <w:r w:rsidR="00850099">
        <w:rPr>
          <w:rFonts w:ascii="Times New Roman" w:eastAsia="Times New Roman" w:hAnsi="Times New Roman" w:cs="Times New Roman"/>
          <w:spacing w:val="-8"/>
          <w:sz w:val="28"/>
          <w:szCs w:val="28"/>
        </w:rPr>
        <w:t>T</w:t>
      </w:r>
      <w:r w:rsidR="004F1FA5" w:rsidRPr="004F1FA5">
        <w:rPr>
          <w:rFonts w:ascii="Times New Roman" w:eastAsia="Times New Roman" w:hAnsi="Times New Roman" w:cs="Times New Roman"/>
          <w:spacing w:val="-8"/>
          <w:sz w:val="28"/>
          <w:szCs w:val="28"/>
        </w:rPr>
        <w:t>hông báo lị</w:t>
      </w:r>
      <w:r>
        <w:rPr>
          <w:rFonts w:ascii="Times New Roman" w:eastAsia="Times New Roman" w:hAnsi="Times New Roman" w:cs="Times New Roman"/>
          <w:spacing w:val="-8"/>
          <w:sz w:val="28"/>
          <w:szCs w:val="28"/>
        </w:rPr>
        <w:t xml:space="preserve">ch thu nhận đến từng thân nhân nhân liệt sĩ trên địa bàn biết thời gian, địa điểm thu nhận. </w:t>
      </w:r>
    </w:p>
    <w:p w14:paraId="696DA43E" w14:textId="1B3A8DE6" w:rsidR="0088462D" w:rsidRDefault="0088462D" w:rsidP="00866FDC">
      <w:pPr>
        <w:spacing w:before="80" w:after="0" w:line="264" w:lineRule="auto"/>
        <w:ind w:firstLine="567"/>
        <w:jc w:val="both"/>
        <w:rPr>
          <w:rFonts w:ascii="Times New Roman" w:eastAsia="Times New Roman" w:hAnsi="Times New Roman" w:cs="Times New Roman"/>
          <w:spacing w:val="-8"/>
          <w:sz w:val="28"/>
          <w:szCs w:val="28"/>
        </w:rPr>
      </w:pPr>
      <w:r>
        <w:rPr>
          <w:rFonts w:ascii="Times New Roman" w:eastAsia="Times New Roman" w:hAnsi="Times New Roman" w:cs="Times New Roman"/>
          <w:spacing w:val="-8"/>
          <w:sz w:val="28"/>
          <w:szCs w:val="28"/>
        </w:rPr>
        <w:t xml:space="preserve">- </w:t>
      </w:r>
      <w:r w:rsidRPr="009C459F">
        <w:rPr>
          <w:rFonts w:ascii="Times New Roman" w:hAnsi="Times New Roman" w:cs="Times New Roman"/>
          <w:sz w:val="28"/>
          <w:szCs w:val="28"/>
        </w:rPr>
        <w:t>Tham mưu UBND cấp xã huy động cán bộ các ban, ngành, đoàn viên thanh niên, hội phụ nữ, BCH Quân sự cấp xã... hỗ trợ</w:t>
      </w:r>
      <w:r w:rsidR="00850099">
        <w:rPr>
          <w:rFonts w:ascii="Times New Roman" w:hAnsi="Times New Roman" w:cs="Times New Roman"/>
          <w:sz w:val="28"/>
          <w:szCs w:val="28"/>
        </w:rPr>
        <w:t xml:space="preserve"> thông báo</w:t>
      </w:r>
      <w:r w:rsidRPr="009C459F">
        <w:rPr>
          <w:rFonts w:ascii="Times New Roman" w:hAnsi="Times New Roman" w:cs="Times New Roman"/>
          <w:sz w:val="28"/>
          <w:szCs w:val="28"/>
        </w:rPr>
        <w:t xml:space="preserve"> thu nhận mẫ</w:t>
      </w:r>
      <w:r w:rsidR="00850099">
        <w:rPr>
          <w:rFonts w:ascii="Times New Roman" w:hAnsi="Times New Roman" w:cs="Times New Roman"/>
          <w:sz w:val="28"/>
          <w:szCs w:val="28"/>
        </w:rPr>
        <w:t>u ADN thân nhân liệt sĩ</w:t>
      </w:r>
      <w:r w:rsidRPr="009C459F">
        <w:rPr>
          <w:rFonts w:ascii="Times New Roman" w:hAnsi="Times New Roman" w:cs="Times New Roman"/>
          <w:sz w:val="28"/>
          <w:szCs w:val="28"/>
        </w:rPr>
        <w:t xml:space="preserve"> </w:t>
      </w:r>
      <w:r w:rsidRPr="0088462D">
        <w:rPr>
          <w:rFonts w:ascii="Times New Roman" w:hAnsi="Times New Roman" w:cs="Times New Roman"/>
          <w:i/>
          <w:sz w:val="28"/>
          <w:szCs w:val="28"/>
        </w:rPr>
        <w:t>(tuyên truyền, vận động, đôn đốc...)</w:t>
      </w:r>
    </w:p>
    <w:p w14:paraId="2E42DA4E" w14:textId="77777777" w:rsidR="0088462D" w:rsidRDefault="0088462D" w:rsidP="00866FDC">
      <w:pPr>
        <w:spacing w:before="80" w:after="0" w:line="264" w:lineRule="auto"/>
        <w:ind w:firstLine="567"/>
        <w:jc w:val="both"/>
        <w:rPr>
          <w:rFonts w:ascii="Times New Roman" w:eastAsia="Times New Roman" w:hAnsi="Times New Roman" w:cs="Times New Roman"/>
          <w:spacing w:val="-8"/>
          <w:sz w:val="28"/>
          <w:szCs w:val="28"/>
        </w:rPr>
      </w:pPr>
      <w:r>
        <w:rPr>
          <w:rFonts w:ascii="Times New Roman" w:eastAsia="Times New Roman" w:hAnsi="Times New Roman" w:cs="Times New Roman"/>
          <w:spacing w:val="-8"/>
          <w:sz w:val="28"/>
          <w:szCs w:val="28"/>
        </w:rPr>
        <w:t xml:space="preserve">- Chủ động nắm bắt thông tin trên không gian mạng, kịp thời tham mưu xử lý thông tin sai lệch, tiêu cực; không để xảy ra vụ việc phức tạp, nhạy cảm trong qua trình thu nhận. </w:t>
      </w:r>
    </w:p>
    <w:p w14:paraId="55BDBEDF" w14:textId="77777777" w:rsidR="004F1FA5" w:rsidRPr="004F1FA5" w:rsidRDefault="00245EA9" w:rsidP="00866FDC">
      <w:pPr>
        <w:spacing w:before="80" w:after="0" w:line="264" w:lineRule="auto"/>
        <w:ind w:firstLine="567"/>
        <w:jc w:val="both"/>
        <w:rPr>
          <w:rFonts w:ascii="Times New Roman" w:eastAsia="Times New Roman" w:hAnsi="Times New Roman" w:cs="Times New Roman"/>
          <w:b/>
          <w:spacing w:val="-8"/>
          <w:sz w:val="28"/>
          <w:szCs w:val="28"/>
        </w:rPr>
      </w:pPr>
      <w:r>
        <w:rPr>
          <w:rFonts w:ascii="Times New Roman" w:eastAsia="Times New Roman" w:hAnsi="Times New Roman" w:cs="Times New Roman"/>
          <w:b/>
          <w:spacing w:val="-8"/>
          <w:sz w:val="28"/>
          <w:szCs w:val="28"/>
        </w:rPr>
        <w:t>3.</w:t>
      </w:r>
      <w:r w:rsidR="004F1FA5" w:rsidRPr="004F1FA5">
        <w:rPr>
          <w:rFonts w:ascii="Times New Roman" w:eastAsia="Times New Roman" w:hAnsi="Times New Roman" w:cs="Times New Roman"/>
          <w:b/>
          <w:spacing w:val="-8"/>
          <w:sz w:val="28"/>
          <w:szCs w:val="28"/>
        </w:rPr>
        <w:t xml:space="preserve">2. Phòng Văn hóa </w:t>
      </w:r>
      <w:r w:rsidR="006B20DD">
        <w:rPr>
          <w:rFonts w:ascii="Times New Roman" w:eastAsia="Times New Roman" w:hAnsi="Times New Roman" w:cs="Times New Roman"/>
          <w:b/>
          <w:spacing w:val="-8"/>
          <w:sz w:val="28"/>
          <w:szCs w:val="28"/>
        </w:rPr>
        <w:t>- Xã hội</w:t>
      </w:r>
    </w:p>
    <w:p w14:paraId="04346946" w14:textId="0F6487F0" w:rsidR="00A5077D" w:rsidRPr="00A5077D" w:rsidRDefault="00A5077D" w:rsidP="00866FDC">
      <w:pPr>
        <w:spacing w:before="80" w:after="0" w:line="264" w:lineRule="auto"/>
        <w:ind w:firstLine="720"/>
        <w:jc w:val="both"/>
        <w:rPr>
          <w:rFonts w:ascii="Times New Roman" w:hAnsi="Times New Roman" w:cs="Times New Roman"/>
          <w:sz w:val="28"/>
          <w:szCs w:val="28"/>
        </w:rPr>
      </w:pPr>
      <w:r w:rsidRPr="00A5077D">
        <w:rPr>
          <w:rFonts w:ascii="Times New Roman" w:hAnsi="Times New Roman" w:cs="Times New Roman"/>
          <w:sz w:val="28"/>
          <w:szCs w:val="28"/>
        </w:rPr>
        <w:t xml:space="preserve">- </w:t>
      </w:r>
      <w:r w:rsidR="00B96E01">
        <w:rPr>
          <w:rFonts w:ascii="Times New Roman" w:hAnsi="Times New Roman" w:cs="Times New Roman"/>
          <w:sz w:val="28"/>
          <w:szCs w:val="28"/>
        </w:rPr>
        <w:t>Cử cán bộ p</w:t>
      </w:r>
      <w:r w:rsidRPr="00A5077D">
        <w:rPr>
          <w:rFonts w:ascii="Times New Roman" w:hAnsi="Times New Roman" w:cs="Times New Roman"/>
          <w:sz w:val="28"/>
          <w:szCs w:val="28"/>
        </w:rPr>
        <w:t>hối hợp vớ</w:t>
      </w:r>
      <w:r w:rsidR="00624AFC">
        <w:rPr>
          <w:rFonts w:ascii="Times New Roman" w:hAnsi="Times New Roman" w:cs="Times New Roman"/>
          <w:sz w:val="28"/>
          <w:szCs w:val="28"/>
        </w:rPr>
        <w:t>i Công an xã giải đáp thắc mắc cho người dân, thông báo, tuyên truyền để thân nhân tham gia thu nhận đúng thời gian, địa điểm</w:t>
      </w:r>
      <w:r w:rsidRPr="00A5077D">
        <w:rPr>
          <w:rFonts w:ascii="Times New Roman" w:hAnsi="Times New Roman" w:cs="Times New Roman"/>
          <w:sz w:val="28"/>
          <w:szCs w:val="28"/>
        </w:rPr>
        <w:t>.</w:t>
      </w:r>
      <w:r w:rsidR="00B96E01">
        <w:rPr>
          <w:rFonts w:ascii="Times New Roman" w:hAnsi="Times New Roman" w:cs="Times New Roman"/>
          <w:sz w:val="28"/>
          <w:szCs w:val="28"/>
        </w:rPr>
        <w:t xml:space="preserve"> Trong ngày </w:t>
      </w:r>
      <w:r w:rsidR="00624AFC">
        <w:rPr>
          <w:rFonts w:ascii="Times New Roman" w:hAnsi="Times New Roman" w:cs="Times New Roman"/>
          <w:sz w:val="28"/>
          <w:szCs w:val="28"/>
        </w:rPr>
        <w:t>10/10</w:t>
      </w:r>
      <w:r w:rsidR="000878A1">
        <w:rPr>
          <w:rFonts w:ascii="Times New Roman" w:hAnsi="Times New Roman" w:cs="Times New Roman"/>
          <w:sz w:val="28"/>
          <w:szCs w:val="28"/>
        </w:rPr>
        <w:t>/2026, tại Hội trường Trung tâm HCC xã Đức Thọ</w:t>
      </w:r>
      <w:r w:rsidR="00B96E01">
        <w:rPr>
          <w:rFonts w:ascii="Times New Roman" w:hAnsi="Times New Roman" w:cs="Times New Roman"/>
          <w:sz w:val="28"/>
          <w:szCs w:val="28"/>
        </w:rPr>
        <w:t>, bố trí cán bộ tham gia phối hợp thực hiện các nhiệm vụ</w:t>
      </w:r>
      <w:r w:rsidR="00C93286">
        <w:rPr>
          <w:rFonts w:ascii="Times New Roman" w:hAnsi="Times New Roman" w:cs="Times New Roman"/>
          <w:sz w:val="28"/>
          <w:szCs w:val="28"/>
        </w:rPr>
        <w:t xml:space="preserve"> cùng C</w:t>
      </w:r>
      <w:r w:rsidR="00B96E01">
        <w:rPr>
          <w:rFonts w:ascii="Times New Roman" w:hAnsi="Times New Roman" w:cs="Times New Roman"/>
          <w:sz w:val="28"/>
          <w:szCs w:val="28"/>
        </w:rPr>
        <w:t>ông an xã.</w:t>
      </w:r>
    </w:p>
    <w:p w14:paraId="69B757DA" w14:textId="64492C7D" w:rsidR="00A5077D" w:rsidRPr="00A5077D" w:rsidRDefault="00A5077D" w:rsidP="00866FDC">
      <w:pPr>
        <w:spacing w:before="80" w:after="0" w:line="264" w:lineRule="auto"/>
        <w:ind w:firstLine="720"/>
        <w:jc w:val="both"/>
        <w:rPr>
          <w:rFonts w:ascii="Times New Roman" w:hAnsi="Times New Roman" w:cs="Times New Roman"/>
          <w:sz w:val="28"/>
          <w:szCs w:val="28"/>
        </w:rPr>
      </w:pPr>
      <w:r w:rsidRPr="00A5077D">
        <w:rPr>
          <w:rFonts w:ascii="Times New Roman" w:hAnsi="Times New Roman" w:cs="Times New Roman"/>
          <w:sz w:val="28"/>
          <w:szCs w:val="28"/>
        </w:rPr>
        <w:t xml:space="preserve">- Phối hợp với Công an </w:t>
      </w:r>
      <w:r w:rsidR="00EA19F4">
        <w:rPr>
          <w:rFonts w:ascii="Times New Roman" w:hAnsi="Times New Roman" w:cs="Times New Roman"/>
          <w:sz w:val="28"/>
          <w:szCs w:val="28"/>
        </w:rPr>
        <w:t>xã</w:t>
      </w:r>
      <w:r w:rsidRPr="00A5077D">
        <w:rPr>
          <w:rFonts w:ascii="Times New Roman" w:hAnsi="Times New Roman" w:cs="Times New Roman"/>
          <w:sz w:val="28"/>
          <w:szCs w:val="28"/>
        </w:rPr>
        <w:t xml:space="preserve"> và các cơ quan, đơn vị trong quá trình triển khai thực hiện; tiếp nhận thông tin đã được đối sánh và cùng với các thông tin, tài liệu đang quản lý để xác định danh tính các liệt sĩ chưa xác định thông tin để thực hiện thông báo cho gia đình và thực hiện chính sách theo quy định.</w:t>
      </w:r>
    </w:p>
    <w:p w14:paraId="39B23397" w14:textId="77777777" w:rsidR="00A5077D" w:rsidRPr="00A5077D" w:rsidRDefault="00245EA9" w:rsidP="00866FDC">
      <w:pPr>
        <w:spacing w:before="80" w:after="0" w:line="264" w:lineRule="auto"/>
        <w:ind w:firstLine="567"/>
        <w:jc w:val="both"/>
        <w:rPr>
          <w:rFonts w:ascii="Times New Roman" w:eastAsia="Times New Roman" w:hAnsi="Times New Roman" w:cs="Times New Roman"/>
          <w:b/>
          <w:spacing w:val="-8"/>
          <w:sz w:val="28"/>
          <w:szCs w:val="28"/>
        </w:rPr>
      </w:pPr>
      <w:r>
        <w:rPr>
          <w:rFonts w:ascii="Times New Roman" w:eastAsia="Times New Roman" w:hAnsi="Times New Roman" w:cs="Times New Roman"/>
          <w:b/>
          <w:spacing w:val="-8"/>
          <w:sz w:val="28"/>
          <w:szCs w:val="28"/>
        </w:rPr>
        <w:t>3.</w:t>
      </w:r>
      <w:r w:rsidR="00A5077D" w:rsidRPr="00A5077D">
        <w:rPr>
          <w:rFonts w:ascii="Times New Roman" w:eastAsia="Times New Roman" w:hAnsi="Times New Roman" w:cs="Times New Roman"/>
          <w:b/>
          <w:spacing w:val="-8"/>
          <w:sz w:val="28"/>
          <w:szCs w:val="28"/>
        </w:rPr>
        <w:t>3. Đề nghị UBMTTQ và các tổ chức đoàn thể</w:t>
      </w:r>
    </w:p>
    <w:p w14:paraId="25D74E68" w14:textId="3846C8E3" w:rsidR="00A5077D" w:rsidRDefault="00A5077D" w:rsidP="00866FDC">
      <w:pPr>
        <w:spacing w:before="80" w:after="0" w:line="264" w:lineRule="auto"/>
        <w:ind w:firstLine="567"/>
        <w:jc w:val="both"/>
        <w:rPr>
          <w:rFonts w:ascii="Times New Roman" w:eastAsia="Times New Roman" w:hAnsi="Times New Roman" w:cs="Times New Roman"/>
          <w:spacing w:val="-8"/>
          <w:sz w:val="28"/>
          <w:szCs w:val="28"/>
        </w:rPr>
      </w:pPr>
      <w:r w:rsidRPr="00A5077D">
        <w:rPr>
          <w:rFonts w:ascii="Times New Roman" w:eastAsia="Times New Roman" w:hAnsi="Times New Roman" w:cs="Times New Roman"/>
          <w:spacing w:val="-8"/>
          <w:sz w:val="28"/>
          <w:szCs w:val="28"/>
        </w:rPr>
        <w:t>Vận động thân nhân liệt sĩ tích cực tham gia cung cấp thông tin, hồ sơ, tài liệu liên quan và thực hiện thu nhận mẫu ADN theo hướng dẫn của cơ quan chức năng; kịp thời nắm bắt, phản ánh những khó khăn, vướng mắc phát sinh trong quá trình triển khai để phối hợp giải quyết, góp phần nâng cao hiệu quả công tác xác định danh tính hài cốt liệt sĩ còn thiếu thông tin.</w:t>
      </w:r>
    </w:p>
    <w:p w14:paraId="4FE7A8B3" w14:textId="77777777" w:rsidR="00A5077D" w:rsidRPr="00A5077D" w:rsidRDefault="00245EA9" w:rsidP="00866FDC">
      <w:pPr>
        <w:spacing w:before="80" w:after="0" w:line="264" w:lineRule="auto"/>
        <w:ind w:firstLine="567"/>
        <w:jc w:val="both"/>
        <w:rPr>
          <w:rFonts w:ascii="Times New Roman" w:eastAsia="Times New Roman" w:hAnsi="Times New Roman" w:cs="Times New Roman"/>
          <w:b/>
          <w:spacing w:val="-8"/>
          <w:sz w:val="28"/>
          <w:szCs w:val="28"/>
        </w:rPr>
      </w:pPr>
      <w:r>
        <w:rPr>
          <w:rFonts w:ascii="Times New Roman" w:eastAsia="Times New Roman" w:hAnsi="Times New Roman" w:cs="Times New Roman"/>
          <w:b/>
          <w:spacing w:val="-8"/>
          <w:sz w:val="28"/>
          <w:szCs w:val="28"/>
        </w:rPr>
        <w:lastRenderedPageBreak/>
        <w:t>3.</w:t>
      </w:r>
      <w:r w:rsidR="00A5077D" w:rsidRPr="00A5077D">
        <w:rPr>
          <w:rFonts w:ascii="Times New Roman" w:eastAsia="Times New Roman" w:hAnsi="Times New Roman" w:cs="Times New Roman"/>
          <w:b/>
          <w:spacing w:val="-8"/>
          <w:sz w:val="28"/>
          <w:szCs w:val="28"/>
        </w:rPr>
        <w:t>4. Bí thư Chi bộ, Trưởng thôn</w:t>
      </w:r>
    </w:p>
    <w:p w14:paraId="762A6FEA" w14:textId="77777777" w:rsidR="00A5077D" w:rsidRPr="00A5077D" w:rsidRDefault="00A5077D" w:rsidP="00866FDC">
      <w:pPr>
        <w:spacing w:before="80" w:after="0" w:line="264" w:lineRule="auto"/>
        <w:ind w:firstLine="567"/>
        <w:jc w:val="both"/>
        <w:rPr>
          <w:rFonts w:ascii="Times New Roman" w:eastAsia="Times New Roman" w:hAnsi="Times New Roman" w:cs="Times New Roman"/>
          <w:spacing w:val="-8"/>
          <w:sz w:val="28"/>
          <w:szCs w:val="28"/>
        </w:rPr>
      </w:pPr>
      <w:r w:rsidRPr="00A5077D">
        <w:rPr>
          <w:rFonts w:ascii="Times New Roman" w:eastAsia="Times New Roman" w:hAnsi="Times New Roman" w:cs="Times New Roman"/>
          <w:spacing w:val="-8"/>
          <w:sz w:val="28"/>
          <w:szCs w:val="28"/>
        </w:rPr>
        <w:t>- Tổ chức tuyên truyền, phổ biến đến người dân về mục đích, ý nghĩa và tầm quan trọng của việc thu nhận mẫu ADN phục vụ xác định danh tính hài cốt liệt sĩ chưa xác định được thông tin.</w:t>
      </w:r>
    </w:p>
    <w:p w14:paraId="55146170" w14:textId="77777777" w:rsidR="00A5077D" w:rsidRPr="00A5077D" w:rsidRDefault="00A5077D" w:rsidP="00866FDC">
      <w:pPr>
        <w:spacing w:before="80" w:after="0" w:line="264" w:lineRule="auto"/>
        <w:ind w:firstLine="567"/>
        <w:jc w:val="both"/>
        <w:rPr>
          <w:rFonts w:ascii="Times New Roman" w:eastAsia="Times New Roman" w:hAnsi="Times New Roman" w:cs="Times New Roman"/>
          <w:spacing w:val="-8"/>
          <w:sz w:val="28"/>
          <w:szCs w:val="28"/>
        </w:rPr>
      </w:pPr>
      <w:r w:rsidRPr="00A5077D">
        <w:rPr>
          <w:rFonts w:ascii="Times New Roman" w:eastAsia="Times New Roman" w:hAnsi="Times New Roman" w:cs="Times New Roman"/>
          <w:spacing w:val="-8"/>
          <w:sz w:val="28"/>
          <w:szCs w:val="28"/>
        </w:rPr>
        <w:t>-Vận động thân nhân liệt sĩ tham gia cung cấp thông tin, hồ sơ, tài liệu liên quan và thực hiện thu nhận mẫu ADN theo hướng dẫn của cơ quan chuyên môn.</w:t>
      </w:r>
    </w:p>
    <w:p w14:paraId="09EAE23A" w14:textId="77777777" w:rsidR="00A5077D" w:rsidRPr="00A5077D" w:rsidRDefault="00A5077D" w:rsidP="00866FDC">
      <w:pPr>
        <w:spacing w:before="80" w:after="0" w:line="264" w:lineRule="auto"/>
        <w:ind w:firstLine="567"/>
        <w:jc w:val="both"/>
        <w:rPr>
          <w:rFonts w:ascii="Times New Roman" w:eastAsia="Times New Roman" w:hAnsi="Times New Roman" w:cs="Times New Roman"/>
          <w:spacing w:val="-8"/>
          <w:sz w:val="28"/>
          <w:szCs w:val="28"/>
        </w:rPr>
      </w:pPr>
      <w:r w:rsidRPr="00A5077D">
        <w:rPr>
          <w:rFonts w:ascii="Times New Roman" w:eastAsia="Times New Roman" w:hAnsi="Times New Roman" w:cs="Times New Roman"/>
          <w:spacing w:val="-8"/>
          <w:sz w:val="28"/>
          <w:szCs w:val="28"/>
        </w:rPr>
        <w:t>-  Hỗ trợ trong việc liên hệ, thông báo thời gian, địa điểm thu nhận mẫu ADN; tạo điều kiện thuận lợi để thân nhân liệt sĩ tham gia. Thông báo, tin mời đại diện các gia đình liệt sĩ tham dự hội nghị triển khai đầy đủ.</w:t>
      </w:r>
    </w:p>
    <w:p w14:paraId="12F58B10" w14:textId="77777777" w:rsidR="00A5077D" w:rsidRDefault="00A5077D" w:rsidP="00866FDC">
      <w:pPr>
        <w:spacing w:before="80" w:after="0" w:line="264" w:lineRule="auto"/>
        <w:ind w:firstLine="567"/>
        <w:jc w:val="both"/>
        <w:rPr>
          <w:rFonts w:ascii="Times New Roman" w:eastAsia="Times New Roman" w:hAnsi="Times New Roman" w:cs="Times New Roman"/>
          <w:spacing w:val="-8"/>
          <w:sz w:val="28"/>
          <w:szCs w:val="28"/>
        </w:rPr>
      </w:pPr>
      <w:r w:rsidRPr="00A5077D">
        <w:rPr>
          <w:rFonts w:ascii="Times New Roman" w:eastAsia="Times New Roman" w:hAnsi="Times New Roman" w:cs="Times New Roman"/>
          <w:spacing w:val="-8"/>
          <w:sz w:val="28"/>
          <w:szCs w:val="28"/>
        </w:rPr>
        <w:t>-  Kịp thời báo cáo những khó khăn, vướng mắc phát sinh trong quá trình thực hiện; phối hợp triển khai các nhiệm vụ theo yêu cầu của cấp có thẩm quyền.</w:t>
      </w:r>
    </w:p>
    <w:p w14:paraId="70E49CEE" w14:textId="77777777" w:rsidR="006B20DD" w:rsidRPr="006B20DD" w:rsidRDefault="00245EA9" w:rsidP="00866FDC">
      <w:pPr>
        <w:spacing w:before="80" w:after="0" w:line="264" w:lineRule="auto"/>
        <w:ind w:firstLine="567"/>
        <w:jc w:val="both"/>
        <w:rPr>
          <w:rFonts w:ascii="Times New Roman" w:eastAsia="Times New Roman" w:hAnsi="Times New Roman" w:cs="Times New Roman"/>
          <w:b/>
          <w:spacing w:val="-8"/>
          <w:sz w:val="28"/>
          <w:szCs w:val="28"/>
        </w:rPr>
      </w:pPr>
      <w:r>
        <w:rPr>
          <w:rFonts w:ascii="Times New Roman" w:eastAsia="Times New Roman" w:hAnsi="Times New Roman" w:cs="Times New Roman"/>
          <w:b/>
          <w:spacing w:val="-8"/>
          <w:sz w:val="28"/>
          <w:szCs w:val="28"/>
        </w:rPr>
        <w:t>I</w:t>
      </w:r>
      <w:r w:rsidR="006B20DD" w:rsidRPr="006B20DD">
        <w:rPr>
          <w:rFonts w:ascii="Times New Roman" w:eastAsia="Times New Roman" w:hAnsi="Times New Roman" w:cs="Times New Roman"/>
          <w:b/>
          <w:spacing w:val="-8"/>
          <w:sz w:val="28"/>
          <w:szCs w:val="28"/>
        </w:rPr>
        <w:t>V. THỜI GIAN, ĐỊA ĐIỂM THỤ NHẬN</w:t>
      </w:r>
    </w:p>
    <w:p w14:paraId="0D65588A" w14:textId="28955058" w:rsidR="006B20DD" w:rsidRPr="006B20DD" w:rsidRDefault="00245EA9" w:rsidP="00866FDC">
      <w:pPr>
        <w:spacing w:before="80" w:after="0" w:line="264" w:lineRule="auto"/>
        <w:ind w:firstLine="567"/>
        <w:jc w:val="both"/>
        <w:rPr>
          <w:rFonts w:ascii="Times New Roman" w:eastAsia="Times New Roman" w:hAnsi="Times New Roman" w:cs="Times New Roman"/>
          <w:spacing w:val="-8"/>
          <w:sz w:val="28"/>
          <w:szCs w:val="28"/>
        </w:rPr>
      </w:pPr>
      <w:r>
        <w:rPr>
          <w:rFonts w:ascii="Times New Roman" w:eastAsia="Times New Roman" w:hAnsi="Times New Roman" w:cs="Times New Roman"/>
          <w:b/>
          <w:spacing w:val="-8"/>
          <w:sz w:val="28"/>
          <w:szCs w:val="28"/>
        </w:rPr>
        <w:t>4.1.</w:t>
      </w:r>
      <w:r w:rsidR="006B20DD" w:rsidRPr="006B20DD">
        <w:rPr>
          <w:rFonts w:ascii="Times New Roman" w:eastAsia="Times New Roman" w:hAnsi="Times New Roman" w:cs="Times New Roman"/>
          <w:b/>
          <w:spacing w:val="-8"/>
          <w:sz w:val="28"/>
          <w:szCs w:val="28"/>
        </w:rPr>
        <w:t xml:space="preserve"> Thời gian:</w:t>
      </w:r>
      <w:r w:rsidR="006B20DD" w:rsidRPr="006B20DD">
        <w:rPr>
          <w:rFonts w:ascii="Times New Roman" w:eastAsia="Times New Roman" w:hAnsi="Times New Roman" w:cs="Times New Roman"/>
          <w:spacing w:val="-8"/>
          <w:sz w:val="28"/>
          <w:szCs w:val="28"/>
        </w:rPr>
        <w:t xml:space="preserve"> </w:t>
      </w:r>
      <w:r w:rsidR="00B80E1E">
        <w:rPr>
          <w:rFonts w:ascii="Times New Roman" w:eastAsia="Times New Roman" w:hAnsi="Times New Roman" w:cs="Times New Roman"/>
          <w:spacing w:val="-8"/>
          <w:sz w:val="28"/>
          <w:szCs w:val="28"/>
        </w:rPr>
        <w:t>Từ 14 giờ 30 phút đến 15 giờ 30 phút</w:t>
      </w:r>
      <w:r w:rsidR="00B96E01">
        <w:rPr>
          <w:rFonts w:ascii="Times New Roman" w:eastAsia="Times New Roman" w:hAnsi="Times New Roman" w:cs="Times New Roman"/>
          <w:spacing w:val="-8"/>
          <w:sz w:val="28"/>
          <w:szCs w:val="28"/>
        </w:rPr>
        <w:t xml:space="preserve">, ngày </w:t>
      </w:r>
      <w:r w:rsidR="00B80E1E">
        <w:rPr>
          <w:rFonts w:ascii="Times New Roman" w:eastAsia="Times New Roman" w:hAnsi="Times New Roman" w:cs="Times New Roman"/>
          <w:spacing w:val="-8"/>
          <w:sz w:val="28"/>
          <w:szCs w:val="28"/>
        </w:rPr>
        <w:t>20/10</w:t>
      </w:r>
      <w:r w:rsidR="00B96E01">
        <w:rPr>
          <w:rFonts w:ascii="Times New Roman" w:eastAsia="Times New Roman" w:hAnsi="Times New Roman" w:cs="Times New Roman"/>
          <w:spacing w:val="-8"/>
          <w:sz w:val="28"/>
          <w:szCs w:val="28"/>
        </w:rPr>
        <w:t>/2026</w:t>
      </w:r>
    </w:p>
    <w:p w14:paraId="5850307A" w14:textId="5F84D96B" w:rsidR="007C3C1D" w:rsidRPr="00B80E1E" w:rsidRDefault="00245EA9" w:rsidP="00866FDC">
      <w:pPr>
        <w:spacing w:before="80" w:after="0" w:line="264" w:lineRule="auto"/>
        <w:ind w:firstLine="567"/>
        <w:jc w:val="both"/>
        <w:rPr>
          <w:rFonts w:ascii="Times New Roman" w:eastAsia="Times New Roman" w:hAnsi="Times New Roman" w:cs="Times New Roman"/>
          <w:spacing w:val="-8"/>
          <w:sz w:val="28"/>
          <w:szCs w:val="28"/>
        </w:rPr>
      </w:pPr>
      <w:r>
        <w:rPr>
          <w:rFonts w:ascii="Times New Roman" w:eastAsia="Times New Roman" w:hAnsi="Times New Roman" w:cs="Times New Roman"/>
          <w:b/>
          <w:spacing w:val="-8"/>
          <w:sz w:val="28"/>
          <w:szCs w:val="28"/>
        </w:rPr>
        <w:t>4.2.</w:t>
      </w:r>
      <w:r w:rsidR="006B20DD" w:rsidRPr="006B20DD">
        <w:rPr>
          <w:rFonts w:ascii="Times New Roman" w:eastAsia="Times New Roman" w:hAnsi="Times New Roman" w:cs="Times New Roman"/>
          <w:b/>
          <w:spacing w:val="-8"/>
          <w:sz w:val="28"/>
          <w:szCs w:val="28"/>
        </w:rPr>
        <w:t xml:space="preserve"> Địa điểm:</w:t>
      </w:r>
      <w:r w:rsidR="006B20DD" w:rsidRPr="006B20DD">
        <w:rPr>
          <w:rFonts w:ascii="Times New Roman" w:eastAsia="Times New Roman" w:hAnsi="Times New Roman" w:cs="Times New Roman"/>
          <w:spacing w:val="-8"/>
          <w:sz w:val="28"/>
          <w:szCs w:val="28"/>
        </w:rPr>
        <w:t xml:space="preserve"> </w:t>
      </w:r>
      <w:r w:rsidR="00B96E01">
        <w:rPr>
          <w:rFonts w:ascii="Times New Roman" w:eastAsia="Times New Roman" w:hAnsi="Times New Roman" w:cs="Times New Roman"/>
          <w:spacing w:val="-8"/>
          <w:sz w:val="28"/>
          <w:szCs w:val="28"/>
        </w:rPr>
        <w:t>Hội trường Trung tâm Hành chính công xã Đức Thọ (UBND thị trấn Đức Thọ cũ)</w:t>
      </w:r>
      <w:r w:rsidR="00B80E1E">
        <w:rPr>
          <w:rFonts w:ascii="Times New Roman" w:eastAsia="Times New Roman" w:hAnsi="Times New Roman" w:cs="Times New Roman"/>
          <w:spacing w:val="-8"/>
          <w:sz w:val="28"/>
          <w:szCs w:val="28"/>
        </w:rPr>
        <w:t xml:space="preserve">, </w:t>
      </w:r>
      <w:r w:rsidR="000902C9">
        <w:rPr>
          <w:rFonts w:ascii="Times New Roman" w:eastAsia="Times New Roman" w:hAnsi="Times New Roman" w:cs="Times New Roman"/>
          <w:spacing w:val="-8"/>
          <w:sz w:val="28"/>
          <w:szCs w:val="28"/>
        </w:rPr>
        <w:t>số 128 đường Yên Trung, thôn Yên Trung, xã Đức Thọ, tỉnh Hà Tĩnh.</w:t>
      </w:r>
    </w:p>
    <w:p w14:paraId="6B17719D" w14:textId="561AAC48" w:rsidR="00A5077D" w:rsidRPr="00A5077D" w:rsidRDefault="00A5077D" w:rsidP="00866FDC">
      <w:pPr>
        <w:spacing w:before="80" w:after="0" w:line="264" w:lineRule="auto"/>
        <w:ind w:firstLine="567"/>
        <w:jc w:val="both"/>
        <w:rPr>
          <w:rFonts w:ascii="Times New Roman" w:eastAsia="Times New Roman" w:hAnsi="Times New Roman" w:cs="Times New Roman"/>
          <w:b/>
          <w:spacing w:val="-8"/>
          <w:sz w:val="28"/>
          <w:szCs w:val="28"/>
        </w:rPr>
      </w:pPr>
      <w:r w:rsidRPr="00A5077D">
        <w:rPr>
          <w:rFonts w:ascii="Times New Roman" w:eastAsia="Times New Roman" w:hAnsi="Times New Roman" w:cs="Times New Roman"/>
          <w:b/>
          <w:spacing w:val="-8"/>
          <w:sz w:val="28"/>
          <w:szCs w:val="28"/>
        </w:rPr>
        <w:t>V. KINH PHÍ THỰC HIỆN</w:t>
      </w:r>
    </w:p>
    <w:p w14:paraId="432260B7" w14:textId="4A298C50" w:rsidR="00B96E01" w:rsidRPr="00850099" w:rsidRDefault="00A5077D" w:rsidP="00866FDC">
      <w:pPr>
        <w:spacing w:before="80" w:after="0" w:line="264" w:lineRule="auto"/>
        <w:ind w:firstLine="567"/>
        <w:jc w:val="both"/>
        <w:rPr>
          <w:rFonts w:ascii="Times New Roman" w:eastAsia="Times New Roman" w:hAnsi="Times New Roman" w:cs="Times New Roman"/>
          <w:spacing w:val="-8"/>
          <w:sz w:val="28"/>
          <w:szCs w:val="28"/>
        </w:rPr>
      </w:pPr>
      <w:r w:rsidRPr="006B20DD">
        <w:rPr>
          <w:rFonts w:ascii="Times New Roman" w:eastAsia="Times New Roman" w:hAnsi="Times New Roman" w:cs="Times New Roman"/>
          <w:spacing w:val="-8"/>
          <w:sz w:val="28"/>
          <w:szCs w:val="28"/>
        </w:rPr>
        <w:t>Kinh phí thực hiện được sử dụng từ nguồn ngân sách địa phương và các nguồn kinh phí hợp pháp khác theo quy định hiện hành.</w:t>
      </w:r>
    </w:p>
    <w:p w14:paraId="15E37DCA" w14:textId="4B60296F" w:rsidR="004F1FA5" w:rsidRPr="006B20DD" w:rsidRDefault="00E30AF8" w:rsidP="00866FDC">
      <w:pPr>
        <w:spacing w:before="80" w:after="0" w:line="264" w:lineRule="auto"/>
        <w:ind w:firstLine="567"/>
        <w:jc w:val="both"/>
        <w:rPr>
          <w:rFonts w:ascii="Times New Roman" w:eastAsia="Times New Roman" w:hAnsi="Times New Roman" w:cs="Times New Roman"/>
          <w:b/>
          <w:spacing w:val="-8"/>
          <w:sz w:val="28"/>
          <w:szCs w:val="28"/>
        </w:rPr>
      </w:pPr>
      <w:r w:rsidRPr="006B20DD">
        <w:rPr>
          <w:rFonts w:ascii="Times New Roman" w:eastAsia="Times New Roman" w:hAnsi="Times New Roman" w:cs="Times New Roman"/>
          <w:b/>
          <w:spacing w:val="-8"/>
          <w:sz w:val="28"/>
          <w:szCs w:val="28"/>
        </w:rPr>
        <w:t>V</w:t>
      </w:r>
      <w:r w:rsidR="006B20DD" w:rsidRPr="006B20DD">
        <w:rPr>
          <w:rFonts w:ascii="Times New Roman" w:eastAsia="Times New Roman" w:hAnsi="Times New Roman" w:cs="Times New Roman"/>
          <w:b/>
          <w:spacing w:val="-8"/>
          <w:sz w:val="28"/>
          <w:szCs w:val="28"/>
        </w:rPr>
        <w:t>I</w:t>
      </w:r>
      <w:r w:rsidR="00245EA9">
        <w:rPr>
          <w:rFonts w:ascii="Times New Roman" w:eastAsia="Times New Roman" w:hAnsi="Times New Roman" w:cs="Times New Roman"/>
          <w:b/>
          <w:spacing w:val="-8"/>
          <w:sz w:val="28"/>
          <w:szCs w:val="28"/>
        </w:rPr>
        <w:t>.</w:t>
      </w:r>
      <w:r w:rsidRPr="006B20DD">
        <w:rPr>
          <w:rFonts w:ascii="Times New Roman" w:eastAsia="Times New Roman" w:hAnsi="Times New Roman" w:cs="Times New Roman"/>
          <w:b/>
          <w:spacing w:val="-8"/>
          <w:sz w:val="28"/>
          <w:szCs w:val="28"/>
        </w:rPr>
        <w:t xml:space="preserve"> TỔ CHỨC THỰC HIỆN</w:t>
      </w:r>
    </w:p>
    <w:p w14:paraId="535D70FE" w14:textId="77777777" w:rsidR="006B20DD" w:rsidRPr="00245EA9" w:rsidRDefault="006B20DD" w:rsidP="00866FDC">
      <w:pPr>
        <w:spacing w:before="80" w:after="0" w:line="264" w:lineRule="auto"/>
        <w:ind w:firstLine="567"/>
        <w:jc w:val="both"/>
        <w:rPr>
          <w:rFonts w:ascii="Times New Roman" w:eastAsia="Times New Roman" w:hAnsi="Times New Roman" w:cs="Times New Roman"/>
          <w:spacing w:val="-8"/>
          <w:sz w:val="28"/>
          <w:szCs w:val="28"/>
        </w:rPr>
      </w:pPr>
      <w:r w:rsidRPr="00245EA9">
        <w:rPr>
          <w:rFonts w:ascii="Times New Roman" w:eastAsia="Times New Roman" w:hAnsi="Times New Roman" w:cs="Times New Roman"/>
          <w:spacing w:val="-8"/>
          <w:sz w:val="28"/>
          <w:szCs w:val="28"/>
        </w:rPr>
        <w:t>Căn cứ vào nội dung kế hoạch này, yêu cầu các phòng, ban</w:t>
      </w:r>
      <w:r w:rsidR="008D272C">
        <w:rPr>
          <w:rFonts w:ascii="Times New Roman" w:eastAsia="Times New Roman" w:hAnsi="Times New Roman" w:cs="Times New Roman"/>
          <w:spacing w:val="-8"/>
          <w:sz w:val="28"/>
          <w:szCs w:val="28"/>
        </w:rPr>
        <w:t xml:space="preserve"> </w:t>
      </w:r>
      <w:r w:rsidRPr="00245EA9">
        <w:rPr>
          <w:rFonts w:ascii="Times New Roman" w:eastAsia="Times New Roman" w:hAnsi="Times New Roman" w:cs="Times New Roman"/>
          <w:spacing w:val="-8"/>
          <w:sz w:val="28"/>
          <w:szCs w:val="28"/>
        </w:rPr>
        <w:t>, ngành, các thôn  triển khai thực hiện nghiêm túc, có hiệu quả và gửi về UBND xã (qua Công an) theo quy định.</w:t>
      </w:r>
    </w:p>
    <w:p w14:paraId="42C4AC78" w14:textId="4314A7C3" w:rsidR="00542832" w:rsidRPr="006B20DD" w:rsidRDefault="006B20DD" w:rsidP="00866FDC">
      <w:pPr>
        <w:spacing w:before="80" w:after="0" w:line="264" w:lineRule="auto"/>
        <w:ind w:firstLine="567"/>
        <w:jc w:val="both"/>
        <w:rPr>
          <w:rFonts w:ascii="Times New Roman" w:eastAsia="Times New Roman" w:hAnsi="Times New Roman" w:cs="Times New Roman"/>
          <w:spacing w:val="-8"/>
          <w:w w:val="98"/>
          <w:sz w:val="28"/>
          <w:szCs w:val="28"/>
        </w:rPr>
      </w:pPr>
      <w:r w:rsidRPr="006B20DD">
        <w:rPr>
          <w:rFonts w:ascii="Times New Roman" w:eastAsia="Times New Roman" w:hAnsi="Times New Roman" w:cs="Times New Roman"/>
          <w:spacing w:val="-8"/>
          <w:sz w:val="28"/>
          <w:szCs w:val="28"/>
        </w:rPr>
        <w:t>Giao Công an xã chủ trì, phối hợp với các phòng, ngành và các đơn vị liên quan theo dõi, hướng dẫn, kiểm tra việc triển khai thực hiện kế hoạch; kịp thời tháo gỡ khó khăn, vướng mắc của các đơn vị</w:t>
      </w:r>
      <w:r w:rsidR="004270DB">
        <w:rPr>
          <w:rFonts w:ascii="Times New Roman" w:eastAsia="Times New Roman" w:hAnsi="Times New Roman" w:cs="Times New Roman"/>
          <w:spacing w:val="-8"/>
          <w:sz w:val="28"/>
          <w:szCs w:val="28"/>
        </w:rPr>
        <w:t xml:space="preserve"> </w:t>
      </w:r>
      <w:r w:rsidRPr="006B20DD">
        <w:rPr>
          <w:rFonts w:ascii="Times New Roman" w:eastAsia="Times New Roman" w:hAnsi="Times New Roman" w:cs="Times New Roman"/>
          <w:spacing w:val="-8"/>
          <w:sz w:val="28"/>
          <w:szCs w:val="28"/>
        </w:rPr>
        <w:t xml:space="preserve">hoặc tổng hợp, báo cáo UBND </w:t>
      </w:r>
      <w:r w:rsidR="00E21AC7">
        <w:rPr>
          <w:rFonts w:ascii="Times New Roman" w:eastAsia="Times New Roman" w:hAnsi="Times New Roman" w:cs="Times New Roman"/>
          <w:spacing w:val="-8"/>
          <w:sz w:val="28"/>
          <w:szCs w:val="28"/>
        </w:rPr>
        <w:t>xã</w:t>
      </w:r>
      <w:r w:rsidRPr="006B20DD">
        <w:rPr>
          <w:rFonts w:ascii="Times New Roman" w:eastAsia="Times New Roman" w:hAnsi="Times New Roman" w:cs="Times New Roman"/>
          <w:spacing w:val="-8"/>
          <w:sz w:val="28"/>
          <w:szCs w:val="28"/>
        </w:rPr>
        <w:t xml:space="preserve"> xem xét, giải quyết./.</w:t>
      </w:r>
    </w:p>
    <w:tbl>
      <w:tblPr>
        <w:tblW w:w="9198" w:type="dxa"/>
        <w:tblInd w:w="108" w:type="dxa"/>
        <w:tblLook w:val="01E0" w:firstRow="1" w:lastRow="1" w:firstColumn="1" w:lastColumn="1" w:noHBand="0" w:noVBand="0"/>
      </w:tblPr>
      <w:tblGrid>
        <w:gridCol w:w="4565"/>
        <w:gridCol w:w="4633"/>
      </w:tblGrid>
      <w:tr w:rsidR="00542832" w14:paraId="1FB5820C" w14:textId="77777777">
        <w:trPr>
          <w:trHeight w:val="2406"/>
        </w:trPr>
        <w:tc>
          <w:tcPr>
            <w:tcW w:w="4565" w:type="dxa"/>
          </w:tcPr>
          <w:p w14:paraId="0E195C87" w14:textId="77777777" w:rsidR="00542832" w:rsidRDefault="00E02C24" w:rsidP="00941622">
            <w:pPr>
              <w:tabs>
                <w:tab w:val="left" w:pos="3618"/>
              </w:tabs>
              <w:spacing w:after="0" w:line="240" w:lineRule="auto"/>
              <w:rPr>
                <w:rFonts w:ascii="Times New Roman" w:eastAsia="Times New Roman" w:hAnsi="Times New Roman" w:cs="Times New Roman"/>
                <w:b/>
                <w:i/>
                <w:spacing w:val="-8"/>
                <w:sz w:val="24"/>
                <w:szCs w:val="24"/>
              </w:rPr>
            </w:pPr>
            <w:r>
              <w:rPr>
                <w:rFonts w:ascii="Times New Roman" w:eastAsia="Times New Roman" w:hAnsi="Times New Roman" w:cs="Times New Roman"/>
                <w:b/>
                <w:i/>
                <w:spacing w:val="-8"/>
                <w:sz w:val="24"/>
                <w:szCs w:val="24"/>
              </w:rPr>
              <w:t>Nơi nhận:</w:t>
            </w:r>
          </w:p>
          <w:p w14:paraId="7DFF4DDA" w14:textId="77777777" w:rsidR="006B20DD" w:rsidRPr="006B20DD" w:rsidRDefault="006B20DD" w:rsidP="00941622">
            <w:pPr>
              <w:tabs>
                <w:tab w:val="left" w:pos="3618"/>
              </w:tabs>
              <w:spacing w:after="0" w:line="240" w:lineRule="auto"/>
              <w:rPr>
                <w:rFonts w:ascii="Times New Roman" w:eastAsia="Times New Roman" w:hAnsi="Times New Roman" w:cs="Times New Roman"/>
                <w:spacing w:val="-8"/>
                <w:sz w:val="24"/>
                <w:szCs w:val="24"/>
              </w:rPr>
            </w:pPr>
            <w:r w:rsidRPr="006B20DD">
              <w:rPr>
                <w:rFonts w:ascii="Times New Roman" w:eastAsia="Times New Roman" w:hAnsi="Times New Roman" w:cs="Times New Roman"/>
                <w:spacing w:val="-8"/>
                <w:sz w:val="24"/>
                <w:szCs w:val="24"/>
              </w:rPr>
              <w:t>- Công an tỉnh</w:t>
            </w:r>
            <w:r>
              <w:rPr>
                <w:rFonts w:ascii="Times New Roman" w:eastAsia="Times New Roman" w:hAnsi="Times New Roman" w:cs="Times New Roman"/>
                <w:spacing w:val="-8"/>
                <w:sz w:val="24"/>
                <w:szCs w:val="24"/>
              </w:rPr>
              <w:t xml:space="preserve"> (để báo cáo); </w:t>
            </w:r>
          </w:p>
          <w:p w14:paraId="465AA7D8" w14:textId="77777777" w:rsidR="006B20DD" w:rsidRPr="006B20DD" w:rsidRDefault="006B20DD" w:rsidP="00941622">
            <w:pPr>
              <w:spacing w:after="0" w:line="240" w:lineRule="auto"/>
              <w:jc w:val="both"/>
              <w:rPr>
                <w:rFonts w:ascii="Times New Roman" w:hAnsi="Times New Roman" w:cs="Times New Roman"/>
                <w:szCs w:val="24"/>
                <w:lang w:val="vi-VN"/>
              </w:rPr>
            </w:pPr>
            <w:r w:rsidRPr="006B20DD">
              <w:rPr>
                <w:rFonts w:ascii="Times New Roman" w:hAnsi="Times New Roman" w:cs="Times New Roman"/>
                <w:szCs w:val="24"/>
                <w:lang w:val="vi-VN"/>
              </w:rPr>
              <w:t xml:space="preserve">- TT  Đảng uỷ, TT HĐND xã;                                                       </w:t>
            </w:r>
          </w:p>
          <w:p w14:paraId="1EE5E8DB" w14:textId="77777777" w:rsidR="006B20DD" w:rsidRPr="006B20DD" w:rsidRDefault="006B20DD" w:rsidP="00941622">
            <w:pPr>
              <w:spacing w:after="0" w:line="240" w:lineRule="auto"/>
              <w:jc w:val="both"/>
              <w:rPr>
                <w:rFonts w:ascii="Times New Roman" w:hAnsi="Times New Roman" w:cs="Times New Roman"/>
                <w:szCs w:val="24"/>
                <w:lang w:val="vi-VN"/>
              </w:rPr>
            </w:pPr>
            <w:r w:rsidRPr="006B20DD">
              <w:rPr>
                <w:rFonts w:ascii="Times New Roman" w:hAnsi="Times New Roman" w:cs="Times New Roman"/>
                <w:szCs w:val="24"/>
                <w:lang w:val="vi-VN"/>
              </w:rPr>
              <w:t>- Chủ tịch, các PCT UBND xã;</w:t>
            </w:r>
            <w:r w:rsidRPr="006B20DD">
              <w:rPr>
                <w:rFonts w:ascii="Times New Roman" w:hAnsi="Times New Roman" w:cs="Times New Roman"/>
                <w:szCs w:val="24"/>
                <w:lang w:val="vi-VN"/>
              </w:rPr>
              <w:tab/>
            </w:r>
            <w:r w:rsidRPr="006B20DD">
              <w:rPr>
                <w:rFonts w:ascii="Times New Roman" w:hAnsi="Times New Roman" w:cs="Times New Roman"/>
                <w:szCs w:val="24"/>
                <w:lang w:val="vi-VN"/>
              </w:rPr>
              <w:tab/>
              <w:t xml:space="preserve">      </w:t>
            </w:r>
          </w:p>
          <w:p w14:paraId="7522D5CC" w14:textId="77777777" w:rsidR="006B20DD" w:rsidRPr="006B20DD" w:rsidRDefault="006B20DD" w:rsidP="00941622">
            <w:pPr>
              <w:spacing w:after="0" w:line="240" w:lineRule="auto"/>
              <w:jc w:val="both"/>
              <w:rPr>
                <w:rFonts w:ascii="Times New Roman" w:hAnsi="Times New Roman" w:cs="Times New Roman"/>
                <w:szCs w:val="24"/>
                <w:lang w:val="vi-VN"/>
              </w:rPr>
            </w:pPr>
            <w:r w:rsidRPr="006B20DD">
              <w:rPr>
                <w:rFonts w:ascii="Times New Roman" w:hAnsi="Times New Roman" w:cs="Times New Roman"/>
                <w:szCs w:val="24"/>
                <w:lang w:val="vi-VN"/>
              </w:rPr>
              <w:t xml:space="preserve">- </w:t>
            </w:r>
            <w:r>
              <w:rPr>
                <w:rFonts w:ascii="Times New Roman" w:hAnsi="Times New Roman" w:cs="Times New Roman"/>
                <w:szCs w:val="24"/>
              </w:rPr>
              <w:t>Các ban ngành, đoàn thể cấp xã;</w:t>
            </w:r>
            <w:r w:rsidRPr="006B20DD">
              <w:rPr>
                <w:rFonts w:ascii="Times New Roman" w:hAnsi="Times New Roman" w:cs="Times New Roman"/>
                <w:szCs w:val="24"/>
                <w:lang w:val="vi-VN"/>
              </w:rPr>
              <w:tab/>
            </w:r>
            <w:r w:rsidRPr="006B20DD">
              <w:rPr>
                <w:rFonts w:ascii="Times New Roman" w:hAnsi="Times New Roman" w:cs="Times New Roman"/>
                <w:szCs w:val="24"/>
                <w:lang w:val="vi-VN"/>
              </w:rPr>
              <w:tab/>
              <w:t xml:space="preserve">                    </w:t>
            </w:r>
          </w:p>
          <w:p w14:paraId="5470F4CF" w14:textId="77777777" w:rsidR="006B20DD" w:rsidRPr="006B20DD" w:rsidRDefault="006B20DD" w:rsidP="00941622">
            <w:pPr>
              <w:spacing w:after="0" w:line="240" w:lineRule="auto"/>
              <w:jc w:val="both"/>
              <w:rPr>
                <w:rFonts w:ascii="Times New Roman" w:hAnsi="Times New Roman" w:cs="Times New Roman"/>
                <w:szCs w:val="24"/>
              </w:rPr>
            </w:pPr>
            <w:r w:rsidRPr="006B20DD">
              <w:rPr>
                <w:rFonts w:ascii="Times New Roman" w:hAnsi="Times New Roman" w:cs="Times New Roman"/>
                <w:szCs w:val="24"/>
                <w:lang w:val="vi-VN"/>
              </w:rPr>
              <w:t xml:space="preserve">- </w:t>
            </w:r>
            <w:r>
              <w:rPr>
                <w:rFonts w:ascii="Times New Roman" w:hAnsi="Times New Roman" w:cs="Times New Roman"/>
                <w:szCs w:val="24"/>
              </w:rPr>
              <w:t xml:space="preserve">Đ/c Bí thư, thôn trưởng; </w:t>
            </w:r>
          </w:p>
          <w:p w14:paraId="0C6C933A" w14:textId="19E59AEC" w:rsidR="00EF2504" w:rsidRPr="00017109" w:rsidRDefault="006B20DD" w:rsidP="00941622">
            <w:pPr>
              <w:spacing w:after="0" w:line="240" w:lineRule="auto"/>
              <w:jc w:val="both"/>
              <w:rPr>
                <w:rFonts w:ascii="Times New Roman" w:hAnsi="Times New Roman" w:cs="Times New Roman"/>
                <w:szCs w:val="24"/>
              </w:rPr>
            </w:pPr>
            <w:r w:rsidRPr="006B20DD">
              <w:rPr>
                <w:rFonts w:ascii="Times New Roman" w:hAnsi="Times New Roman" w:cs="Times New Roman"/>
                <w:szCs w:val="24"/>
                <w:lang w:val="vi-VN"/>
              </w:rPr>
              <w:t>- Lưu: VT</w:t>
            </w:r>
            <w:r w:rsidR="00017109">
              <w:rPr>
                <w:rFonts w:ascii="Times New Roman" w:hAnsi="Times New Roman" w:cs="Times New Roman"/>
                <w:szCs w:val="24"/>
              </w:rPr>
              <w:t xml:space="preserve">, </w:t>
            </w:r>
            <w:r w:rsidR="007679AA">
              <w:rPr>
                <w:rFonts w:ascii="Times New Roman" w:hAnsi="Times New Roman" w:cs="Times New Roman"/>
                <w:szCs w:val="24"/>
              </w:rPr>
              <w:t>CA.</w:t>
            </w:r>
          </w:p>
        </w:tc>
        <w:tc>
          <w:tcPr>
            <w:tcW w:w="4633" w:type="dxa"/>
          </w:tcPr>
          <w:p w14:paraId="3C58CC5F" w14:textId="77777777" w:rsidR="00542832" w:rsidRDefault="00E02C24" w:rsidP="00941622">
            <w:pPr>
              <w:tabs>
                <w:tab w:val="left" w:pos="3618"/>
              </w:tabs>
              <w:spacing w:after="0" w:line="240" w:lineRule="auto"/>
              <w:jc w:val="center"/>
              <w:rPr>
                <w:rFonts w:ascii="Times New Roman" w:eastAsia="Times New Roman" w:hAnsi="Times New Roman" w:cs="Times New Roman"/>
                <w:b/>
                <w:spacing w:val="-8"/>
                <w:sz w:val="28"/>
                <w:szCs w:val="28"/>
              </w:rPr>
            </w:pPr>
            <w:r>
              <w:rPr>
                <w:rFonts w:ascii="Times New Roman" w:eastAsia="Times New Roman" w:hAnsi="Times New Roman" w:cs="Times New Roman"/>
                <w:b/>
                <w:spacing w:val="-8"/>
                <w:sz w:val="28"/>
                <w:szCs w:val="28"/>
              </w:rPr>
              <w:t>TM. UỶ BAN NHÂN DÂN</w:t>
            </w:r>
          </w:p>
          <w:p w14:paraId="35A52A1C" w14:textId="1C1FEFC0" w:rsidR="00542832" w:rsidRDefault="00B96E01" w:rsidP="00941622">
            <w:pPr>
              <w:tabs>
                <w:tab w:val="left" w:pos="3618"/>
              </w:tabs>
              <w:spacing w:after="0" w:line="240" w:lineRule="auto"/>
              <w:jc w:val="center"/>
              <w:rPr>
                <w:rFonts w:ascii="Times New Roman" w:eastAsia="Times New Roman" w:hAnsi="Times New Roman" w:cs="Times New Roman"/>
                <w:b/>
                <w:spacing w:val="-8"/>
                <w:sz w:val="28"/>
                <w:szCs w:val="28"/>
              </w:rPr>
            </w:pPr>
            <w:r>
              <w:rPr>
                <w:rFonts w:ascii="Times New Roman" w:eastAsia="Times New Roman" w:hAnsi="Times New Roman" w:cs="Times New Roman"/>
                <w:b/>
                <w:spacing w:val="-8"/>
                <w:sz w:val="28"/>
                <w:szCs w:val="28"/>
              </w:rPr>
              <w:t xml:space="preserve">KT. </w:t>
            </w:r>
            <w:r w:rsidR="00E02C24">
              <w:rPr>
                <w:rFonts w:ascii="Times New Roman" w:eastAsia="Times New Roman" w:hAnsi="Times New Roman" w:cs="Times New Roman"/>
                <w:b/>
                <w:spacing w:val="-8"/>
                <w:sz w:val="28"/>
                <w:szCs w:val="28"/>
              </w:rPr>
              <w:t>CHỦ TỊCH</w:t>
            </w:r>
          </w:p>
          <w:p w14:paraId="103D6867" w14:textId="016C5D4E" w:rsidR="00B96E01" w:rsidRDefault="00B96E01" w:rsidP="00941622">
            <w:pPr>
              <w:tabs>
                <w:tab w:val="left" w:pos="3618"/>
              </w:tabs>
              <w:spacing w:after="0" w:line="240" w:lineRule="auto"/>
              <w:jc w:val="center"/>
              <w:rPr>
                <w:rFonts w:ascii="Times New Roman" w:eastAsia="Times New Roman" w:hAnsi="Times New Roman" w:cs="Times New Roman"/>
                <w:b/>
                <w:spacing w:val="-8"/>
                <w:sz w:val="28"/>
                <w:szCs w:val="28"/>
              </w:rPr>
            </w:pPr>
            <w:r>
              <w:rPr>
                <w:rFonts w:ascii="Times New Roman" w:eastAsia="Times New Roman" w:hAnsi="Times New Roman" w:cs="Times New Roman"/>
                <w:b/>
                <w:spacing w:val="-8"/>
                <w:sz w:val="28"/>
                <w:szCs w:val="28"/>
              </w:rPr>
              <w:t>PHÓ CHỦ TỊCH</w:t>
            </w:r>
          </w:p>
          <w:p w14:paraId="1C4D4698" w14:textId="588916EE" w:rsidR="00542832" w:rsidRDefault="00542832" w:rsidP="00941622">
            <w:pPr>
              <w:tabs>
                <w:tab w:val="left" w:pos="3618"/>
              </w:tabs>
              <w:spacing w:after="0" w:line="240" w:lineRule="auto"/>
              <w:jc w:val="center"/>
              <w:rPr>
                <w:rFonts w:ascii="Times New Roman" w:eastAsia="Times New Roman" w:hAnsi="Times New Roman" w:cs="Times New Roman"/>
                <w:b/>
                <w:spacing w:val="-8"/>
                <w:sz w:val="28"/>
                <w:szCs w:val="28"/>
              </w:rPr>
            </w:pPr>
          </w:p>
          <w:p w14:paraId="1E41835A" w14:textId="77777777" w:rsidR="00941622" w:rsidRDefault="00941622" w:rsidP="00941622">
            <w:pPr>
              <w:tabs>
                <w:tab w:val="left" w:pos="3618"/>
              </w:tabs>
              <w:spacing w:after="0" w:line="240" w:lineRule="auto"/>
              <w:jc w:val="center"/>
              <w:rPr>
                <w:rFonts w:ascii="Times New Roman" w:eastAsia="Times New Roman" w:hAnsi="Times New Roman" w:cs="Times New Roman"/>
                <w:b/>
                <w:spacing w:val="-8"/>
                <w:sz w:val="28"/>
                <w:szCs w:val="28"/>
              </w:rPr>
            </w:pPr>
          </w:p>
          <w:p w14:paraId="5B9A0790" w14:textId="77777777" w:rsidR="00542832" w:rsidRDefault="00542832" w:rsidP="00941622">
            <w:pPr>
              <w:tabs>
                <w:tab w:val="left" w:pos="3618"/>
              </w:tabs>
              <w:spacing w:after="0" w:line="240" w:lineRule="auto"/>
              <w:jc w:val="center"/>
              <w:rPr>
                <w:rFonts w:ascii="Times New Roman" w:eastAsia="Times New Roman" w:hAnsi="Times New Roman" w:cs="Times New Roman"/>
                <w:b/>
                <w:spacing w:val="-8"/>
                <w:sz w:val="28"/>
                <w:szCs w:val="28"/>
              </w:rPr>
            </w:pPr>
          </w:p>
          <w:p w14:paraId="3F21110E" w14:textId="77777777" w:rsidR="00542832" w:rsidRDefault="00542832" w:rsidP="00941622">
            <w:pPr>
              <w:tabs>
                <w:tab w:val="left" w:pos="3618"/>
              </w:tabs>
              <w:spacing w:after="0" w:line="240" w:lineRule="auto"/>
              <w:jc w:val="center"/>
              <w:rPr>
                <w:rFonts w:ascii="Times New Roman" w:eastAsia="Times New Roman" w:hAnsi="Times New Roman" w:cs="Times New Roman"/>
                <w:b/>
                <w:spacing w:val="-8"/>
                <w:sz w:val="28"/>
                <w:szCs w:val="28"/>
              </w:rPr>
            </w:pPr>
          </w:p>
          <w:p w14:paraId="72981595" w14:textId="3AB9665B" w:rsidR="00542832" w:rsidRDefault="00542832" w:rsidP="00941622">
            <w:pPr>
              <w:tabs>
                <w:tab w:val="left" w:pos="3618"/>
              </w:tabs>
              <w:spacing w:after="0" w:line="240" w:lineRule="auto"/>
              <w:rPr>
                <w:rFonts w:ascii="Times New Roman" w:eastAsia="Times New Roman" w:hAnsi="Times New Roman" w:cs="Times New Roman"/>
                <w:b/>
                <w:spacing w:val="-8"/>
                <w:sz w:val="28"/>
                <w:szCs w:val="28"/>
              </w:rPr>
            </w:pPr>
          </w:p>
          <w:p w14:paraId="4F80EA9E" w14:textId="1C6CB45F" w:rsidR="00542832" w:rsidRPr="00E21AC7" w:rsidRDefault="00B96E01" w:rsidP="00941622">
            <w:pPr>
              <w:tabs>
                <w:tab w:val="left" w:pos="3618"/>
              </w:tabs>
              <w:spacing w:after="0" w:line="240" w:lineRule="auto"/>
              <w:jc w:val="center"/>
              <w:rPr>
                <w:rFonts w:ascii="Times New Roman" w:eastAsia="Times New Roman" w:hAnsi="Times New Roman" w:cs="Times New Roman"/>
                <w:b/>
                <w:bCs/>
                <w:spacing w:val="-8"/>
                <w:sz w:val="28"/>
                <w:szCs w:val="28"/>
              </w:rPr>
            </w:pPr>
            <w:r>
              <w:rPr>
                <w:rFonts w:ascii="Times New Roman" w:eastAsia="Times New Roman" w:hAnsi="Times New Roman" w:cs="Times New Roman"/>
                <w:b/>
                <w:bCs/>
                <w:spacing w:val="-8"/>
                <w:sz w:val="28"/>
                <w:szCs w:val="28"/>
              </w:rPr>
              <w:t>Nguyễn Trọng Thể</w:t>
            </w:r>
          </w:p>
        </w:tc>
      </w:tr>
    </w:tbl>
    <w:p w14:paraId="114AC740" w14:textId="77777777" w:rsidR="00542832" w:rsidRDefault="00542832">
      <w:pPr>
        <w:spacing w:after="0"/>
        <w:rPr>
          <w:rFonts w:ascii="Times New Roman" w:eastAsia="Times New Roman" w:hAnsi="Times New Roman" w:cs="Times New Roman"/>
          <w:spacing w:val="-8"/>
          <w:sz w:val="28"/>
          <w:szCs w:val="28"/>
        </w:rPr>
      </w:pPr>
    </w:p>
    <w:sectPr w:rsidR="00542832" w:rsidSect="00866FDC">
      <w:headerReference w:type="default" r:id="rId9"/>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7151BA" w14:textId="77777777" w:rsidR="000D486B" w:rsidRDefault="000D486B" w:rsidP="007E0266">
      <w:pPr>
        <w:spacing w:after="0" w:line="240" w:lineRule="auto"/>
      </w:pPr>
      <w:r>
        <w:separator/>
      </w:r>
    </w:p>
  </w:endnote>
  <w:endnote w:type="continuationSeparator" w:id="0">
    <w:p w14:paraId="56C48015" w14:textId="77777777" w:rsidR="000D486B" w:rsidRDefault="000D486B" w:rsidP="007E0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8222A8" w14:textId="77777777" w:rsidR="000D486B" w:rsidRDefault="000D486B" w:rsidP="007E0266">
      <w:pPr>
        <w:spacing w:after="0" w:line="240" w:lineRule="auto"/>
      </w:pPr>
      <w:r>
        <w:separator/>
      </w:r>
    </w:p>
  </w:footnote>
  <w:footnote w:type="continuationSeparator" w:id="0">
    <w:p w14:paraId="7F276D62" w14:textId="77777777" w:rsidR="000D486B" w:rsidRDefault="000D486B" w:rsidP="007E02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4424028"/>
      <w:docPartObj>
        <w:docPartGallery w:val="Page Numbers (Top of Page)"/>
        <w:docPartUnique/>
      </w:docPartObj>
    </w:sdtPr>
    <w:sdtEndPr>
      <w:rPr>
        <w:noProof/>
      </w:rPr>
    </w:sdtEndPr>
    <w:sdtContent>
      <w:p w14:paraId="51121C0F" w14:textId="18926985" w:rsidR="007679AA" w:rsidRDefault="007679AA">
        <w:pPr>
          <w:pStyle w:val="Header"/>
          <w:jc w:val="center"/>
        </w:pPr>
        <w:r>
          <w:fldChar w:fldCharType="begin"/>
        </w:r>
        <w:r>
          <w:instrText xml:space="preserve"> PAGE   \* MERGEFORMAT </w:instrText>
        </w:r>
        <w:r>
          <w:fldChar w:fldCharType="separate"/>
        </w:r>
        <w:r w:rsidR="00866FDC">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287F4126"/>
    <w:multiLevelType w:val="hybridMultilevel"/>
    <w:tmpl w:val="65364722"/>
    <w:lvl w:ilvl="0" w:tplc="C64CDF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2C225008"/>
    <w:multiLevelType w:val="hybridMultilevel"/>
    <w:tmpl w:val="AA203068"/>
    <w:lvl w:ilvl="0" w:tplc="310C179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2DDA3266"/>
    <w:multiLevelType w:val="hybridMultilevel"/>
    <w:tmpl w:val="8F2E50E2"/>
    <w:lvl w:ilvl="0" w:tplc="2D86BB94">
      <w:start w:val="4"/>
      <w:numFmt w:val="decimal"/>
      <w:lvlText w:val="%1."/>
      <w:lvlJc w:val="left"/>
      <w:pPr>
        <w:ind w:left="927" w:hanging="360"/>
      </w:pPr>
      <w:rPr>
        <w:rFonts w:hint="default"/>
        <w:b/>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4EFC6014"/>
    <w:multiLevelType w:val="hybridMultilevel"/>
    <w:tmpl w:val="321A603A"/>
    <w:lvl w:ilvl="0" w:tplc="89D2AB7C">
      <w:start w:val="10"/>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F4E4B03"/>
    <w:multiLevelType w:val="hybridMultilevel"/>
    <w:tmpl w:val="FC329F34"/>
    <w:lvl w:ilvl="0" w:tplc="C54A2F7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714E0978"/>
    <w:multiLevelType w:val="hybridMultilevel"/>
    <w:tmpl w:val="C17E9AA8"/>
    <w:lvl w:ilvl="0" w:tplc="7B6450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2016E5E"/>
    <w:multiLevelType w:val="hybridMultilevel"/>
    <w:tmpl w:val="2662C6E2"/>
    <w:lvl w:ilvl="0" w:tplc="725EFD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5"/>
  </w:num>
  <w:num w:numId="11">
    <w:abstractNumId w:val="14"/>
  </w:num>
  <w:num w:numId="12">
    <w:abstractNumId w:val="9"/>
  </w:num>
  <w:num w:numId="13">
    <w:abstractNumId w:val="10"/>
  </w:num>
  <w:num w:numId="14">
    <w:abstractNumId w:val="12"/>
  </w:num>
  <w:num w:numId="15">
    <w:abstractNumId w:val="1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832"/>
    <w:rsid w:val="00017109"/>
    <w:rsid w:val="000878A1"/>
    <w:rsid w:val="000902C9"/>
    <w:rsid w:val="000D486B"/>
    <w:rsid w:val="00193EF2"/>
    <w:rsid w:val="001C053E"/>
    <w:rsid w:val="00202949"/>
    <w:rsid w:val="00245403"/>
    <w:rsid w:val="00245EA9"/>
    <w:rsid w:val="00270A80"/>
    <w:rsid w:val="00286A72"/>
    <w:rsid w:val="002C2F5E"/>
    <w:rsid w:val="00312B54"/>
    <w:rsid w:val="003B7EF4"/>
    <w:rsid w:val="003D58D6"/>
    <w:rsid w:val="003F5F0A"/>
    <w:rsid w:val="004270DB"/>
    <w:rsid w:val="00427663"/>
    <w:rsid w:val="00451EF5"/>
    <w:rsid w:val="0045706F"/>
    <w:rsid w:val="004F1FA5"/>
    <w:rsid w:val="00542832"/>
    <w:rsid w:val="005D55EC"/>
    <w:rsid w:val="0061300B"/>
    <w:rsid w:val="00624AFC"/>
    <w:rsid w:val="006B20DD"/>
    <w:rsid w:val="007679AA"/>
    <w:rsid w:val="007B5FE9"/>
    <w:rsid w:val="007C3C1D"/>
    <w:rsid w:val="007E0266"/>
    <w:rsid w:val="008474D7"/>
    <w:rsid w:val="00850099"/>
    <w:rsid w:val="00855C3C"/>
    <w:rsid w:val="00866FDC"/>
    <w:rsid w:val="0088462D"/>
    <w:rsid w:val="00896C4B"/>
    <w:rsid w:val="008D272C"/>
    <w:rsid w:val="00906323"/>
    <w:rsid w:val="00917C8A"/>
    <w:rsid w:val="00941622"/>
    <w:rsid w:val="009F131A"/>
    <w:rsid w:val="00A5077D"/>
    <w:rsid w:val="00A9267F"/>
    <w:rsid w:val="00B77372"/>
    <w:rsid w:val="00B80E1E"/>
    <w:rsid w:val="00B96E01"/>
    <w:rsid w:val="00BB1351"/>
    <w:rsid w:val="00C41D95"/>
    <w:rsid w:val="00C62F2F"/>
    <w:rsid w:val="00C93286"/>
    <w:rsid w:val="00D533D4"/>
    <w:rsid w:val="00E02C24"/>
    <w:rsid w:val="00E21AC7"/>
    <w:rsid w:val="00E30AF8"/>
    <w:rsid w:val="00E4227F"/>
    <w:rsid w:val="00EA19F4"/>
    <w:rsid w:val="00ED477B"/>
    <w:rsid w:val="00EE0122"/>
    <w:rsid w:val="00EF2504"/>
    <w:rsid w:val="00EF509E"/>
    <w:rsid w:val="00F81A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DA81C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FA5"/>
  </w:style>
  <w:style w:type="paragraph" w:styleId="Heading1">
    <w:name w:val="heading 1"/>
    <w:basedOn w:val="Normal"/>
    <w:next w:val="Normal"/>
    <w:link w:val="Heading1Char"/>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character" w:customStyle="1" w:styleId="Bodytext0">
    <w:name w:val="Body text_"/>
    <w:link w:val="BodyText1"/>
    <w:rPr>
      <w:shd w:val="clear" w:color="auto" w:fill="FFFFFF"/>
    </w:rPr>
  </w:style>
  <w:style w:type="paragraph" w:customStyle="1" w:styleId="BodyText1">
    <w:name w:val="Body Text1"/>
    <w:basedOn w:val="Normal"/>
    <w:link w:val="Bodytext0"/>
    <w:pPr>
      <w:widowControl w:val="0"/>
      <w:shd w:val="clear" w:color="auto" w:fill="FFFFFF"/>
      <w:spacing w:before="480" w:after="120" w:line="322" w:lineRule="exact"/>
      <w:jc w:val="both"/>
    </w:pPr>
  </w:style>
  <w:style w:type="paragraph" w:styleId="FootnoteText">
    <w:name w:val="footnote text"/>
    <w:basedOn w:val="Normal"/>
    <w:link w:val="FootnoteTextChar"/>
    <w:uiPriority w:val="99"/>
    <w:semiHidden/>
    <w:unhideWhenUsed/>
    <w:rsid w:val="007E02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0266"/>
    <w:rPr>
      <w:sz w:val="20"/>
      <w:szCs w:val="20"/>
    </w:rPr>
  </w:style>
  <w:style w:type="character" w:styleId="FootnoteReference">
    <w:name w:val="footnote reference"/>
    <w:basedOn w:val="DefaultParagraphFont"/>
    <w:uiPriority w:val="99"/>
    <w:semiHidden/>
    <w:unhideWhenUsed/>
    <w:rsid w:val="007E0266"/>
    <w:rPr>
      <w:vertAlign w:val="superscript"/>
    </w:rPr>
  </w:style>
  <w:style w:type="paragraph" w:styleId="BalloonText">
    <w:name w:val="Balloon Text"/>
    <w:basedOn w:val="Normal"/>
    <w:link w:val="BalloonTextChar"/>
    <w:uiPriority w:val="99"/>
    <w:semiHidden/>
    <w:unhideWhenUsed/>
    <w:rsid w:val="008D27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72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FA5"/>
  </w:style>
  <w:style w:type="paragraph" w:styleId="Heading1">
    <w:name w:val="heading 1"/>
    <w:basedOn w:val="Normal"/>
    <w:next w:val="Normal"/>
    <w:link w:val="Heading1Char"/>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character" w:customStyle="1" w:styleId="Bodytext0">
    <w:name w:val="Body text_"/>
    <w:link w:val="BodyText1"/>
    <w:rPr>
      <w:shd w:val="clear" w:color="auto" w:fill="FFFFFF"/>
    </w:rPr>
  </w:style>
  <w:style w:type="paragraph" w:customStyle="1" w:styleId="BodyText1">
    <w:name w:val="Body Text1"/>
    <w:basedOn w:val="Normal"/>
    <w:link w:val="Bodytext0"/>
    <w:pPr>
      <w:widowControl w:val="0"/>
      <w:shd w:val="clear" w:color="auto" w:fill="FFFFFF"/>
      <w:spacing w:before="480" w:after="120" w:line="322" w:lineRule="exact"/>
      <w:jc w:val="both"/>
    </w:pPr>
  </w:style>
  <w:style w:type="paragraph" w:styleId="FootnoteText">
    <w:name w:val="footnote text"/>
    <w:basedOn w:val="Normal"/>
    <w:link w:val="FootnoteTextChar"/>
    <w:uiPriority w:val="99"/>
    <w:semiHidden/>
    <w:unhideWhenUsed/>
    <w:rsid w:val="007E02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0266"/>
    <w:rPr>
      <w:sz w:val="20"/>
      <w:szCs w:val="20"/>
    </w:rPr>
  </w:style>
  <w:style w:type="character" w:styleId="FootnoteReference">
    <w:name w:val="footnote reference"/>
    <w:basedOn w:val="DefaultParagraphFont"/>
    <w:uiPriority w:val="99"/>
    <w:semiHidden/>
    <w:unhideWhenUsed/>
    <w:rsid w:val="007E0266"/>
    <w:rPr>
      <w:vertAlign w:val="superscript"/>
    </w:rPr>
  </w:style>
  <w:style w:type="paragraph" w:styleId="BalloonText">
    <w:name w:val="Balloon Text"/>
    <w:basedOn w:val="Normal"/>
    <w:link w:val="BalloonTextChar"/>
    <w:uiPriority w:val="99"/>
    <w:semiHidden/>
    <w:unhideWhenUsed/>
    <w:rsid w:val="008D27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7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250732">
      <w:bodyDiv w:val="1"/>
      <w:marLeft w:val="0"/>
      <w:marRight w:val="0"/>
      <w:marTop w:val="0"/>
      <w:marBottom w:val="0"/>
      <w:divBdr>
        <w:top w:val="none" w:sz="0" w:space="0" w:color="auto"/>
        <w:left w:val="none" w:sz="0" w:space="0" w:color="auto"/>
        <w:bottom w:val="none" w:sz="0" w:space="0" w:color="auto"/>
        <w:right w:val="none" w:sz="0" w:space="0" w:color="auto"/>
      </w:divBdr>
    </w:div>
    <w:div w:id="814176390">
      <w:bodyDiv w:val="1"/>
      <w:marLeft w:val="0"/>
      <w:marRight w:val="0"/>
      <w:marTop w:val="0"/>
      <w:marBottom w:val="0"/>
      <w:divBdr>
        <w:top w:val="none" w:sz="0" w:space="0" w:color="auto"/>
        <w:left w:val="none" w:sz="0" w:space="0" w:color="auto"/>
        <w:bottom w:val="none" w:sz="0" w:space="0" w:color="auto"/>
        <w:right w:val="none" w:sz="0" w:space="0" w:color="auto"/>
      </w:divBdr>
    </w:div>
    <w:div w:id="869611460">
      <w:bodyDiv w:val="1"/>
      <w:marLeft w:val="0"/>
      <w:marRight w:val="0"/>
      <w:marTop w:val="0"/>
      <w:marBottom w:val="0"/>
      <w:divBdr>
        <w:top w:val="none" w:sz="0" w:space="0" w:color="auto"/>
        <w:left w:val="none" w:sz="0" w:space="0" w:color="auto"/>
        <w:bottom w:val="none" w:sz="0" w:space="0" w:color="auto"/>
        <w:right w:val="none" w:sz="0" w:space="0" w:color="auto"/>
      </w:divBdr>
    </w:div>
    <w:div w:id="1000546642">
      <w:bodyDiv w:val="1"/>
      <w:marLeft w:val="0"/>
      <w:marRight w:val="0"/>
      <w:marTop w:val="0"/>
      <w:marBottom w:val="0"/>
      <w:divBdr>
        <w:top w:val="none" w:sz="0" w:space="0" w:color="auto"/>
        <w:left w:val="none" w:sz="0" w:space="0" w:color="auto"/>
        <w:bottom w:val="none" w:sz="0" w:space="0" w:color="auto"/>
        <w:right w:val="none" w:sz="0" w:space="0" w:color="auto"/>
      </w:divBdr>
    </w:div>
    <w:div w:id="1435007084">
      <w:bodyDiv w:val="1"/>
      <w:marLeft w:val="0"/>
      <w:marRight w:val="0"/>
      <w:marTop w:val="0"/>
      <w:marBottom w:val="0"/>
      <w:divBdr>
        <w:top w:val="none" w:sz="0" w:space="0" w:color="auto"/>
        <w:left w:val="none" w:sz="0" w:space="0" w:color="auto"/>
        <w:bottom w:val="none" w:sz="0" w:space="0" w:color="auto"/>
        <w:right w:val="none" w:sz="0" w:space="0" w:color="auto"/>
      </w:divBdr>
    </w:div>
    <w:div w:id="1541211660">
      <w:bodyDiv w:val="1"/>
      <w:marLeft w:val="0"/>
      <w:marRight w:val="0"/>
      <w:marTop w:val="0"/>
      <w:marBottom w:val="0"/>
      <w:divBdr>
        <w:top w:val="none" w:sz="0" w:space="0" w:color="auto"/>
        <w:left w:val="none" w:sz="0" w:space="0" w:color="auto"/>
        <w:bottom w:val="none" w:sz="0" w:space="0" w:color="auto"/>
        <w:right w:val="none" w:sz="0" w:space="0" w:color="auto"/>
      </w:divBdr>
      <w:divsChild>
        <w:div w:id="1356271211">
          <w:marLeft w:val="0"/>
          <w:marRight w:val="0"/>
          <w:marTop w:val="0"/>
          <w:marBottom w:val="0"/>
          <w:divBdr>
            <w:top w:val="none" w:sz="0" w:space="0" w:color="auto"/>
            <w:left w:val="none" w:sz="0" w:space="0" w:color="auto"/>
            <w:bottom w:val="none" w:sz="0" w:space="0" w:color="auto"/>
            <w:right w:val="none" w:sz="0" w:space="0" w:color="auto"/>
          </w:divBdr>
          <w:divsChild>
            <w:div w:id="1608348625">
              <w:marLeft w:val="0"/>
              <w:marRight w:val="0"/>
              <w:marTop w:val="0"/>
              <w:marBottom w:val="0"/>
              <w:divBdr>
                <w:top w:val="none" w:sz="0" w:space="0" w:color="auto"/>
                <w:left w:val="none" w:sz="0" w:space="0" w:color="auto"/>
                <w:bottom w:val="none" w:sz="0" w:space="0" w:color="auto"/>
                <w:right w:val="none" w:sz="0" w:space="0" w:color="auto"/>
              </w:divBdr>
              <w:divsChild>
                <w:div w:id="1826703481">
                  <w:marLeft w:val="0"/>
                  <w:marRight w:val="0"/>
                  <w:marTop w:val="0"/>
                  <w:marBottom w:val="0"/>
                  <w:divBdr>
                    <w:top w:val="none" w:sz="0" w:space="0" w:color="auto"/>
                    <w:left w:val="none" w:sz="0" w:space="0" w:color="auto"/>
                    <w:bottom w:val="none" w:sz="0" w:space="0" w:color="auto"/>
                    <w:right w:val="none" w:sz="0" w:space="0" w:color="auto"/>
                  </w:divBdr>
                  <w:divsChild>
                    <w:div w:id="570576491">
                      <w:marLeft w:val="0"/>
                      <w:marRight w:val="0"/>
                      <w:marTop w:val="0"/>
                      <w:marBottom w:val="0"/>
                      <w:divBdr>
                        <w:top w:val="none" w:sz="0" w:space="0" w:color="auto"/>
                        <w:left w:val="none" w:sz="0" w:space="0" w:color="auto"/>
                        <w:bottom w:val="none" w:sz="0" w:space="0" w:color="auto"/>
                        <w:right w:val="none" w:sz="0" w:space="0" w:color="auto"/>
                      </w:divBdr>
                      <w:divsChild>
                        <w:div w:id="1979410277">
                          <w:marLeft w:val="0"/>
                          <w:marRight w:val="0"/>
                          <w:marTop w:val="0"/>
                          <w:marBottom w:val="0"/>
                          <w:divBdr>
                            <w:top w:val="none" w:sz="0" w:space="0" w:color="auto"/>
                            <w:left w:val="none" w:sz="0" w:space="0" w:color="auto"/>
                            <w:bottom w:val="none" w:sz="0" w:space="0" w:color="auto"/>
                            <w:right w:val="none" w:sz="0" w:space="0" w:color="auto"/>
                          </w:divBdr>
                          <w:divsChild>
                            <w:div w:id="1563255801">
                              <w:marLeft w:val="0"/>
                              <w:marRight w:val="0"/>
                              <w:marTop w:val="0"/>
                              <w:marBottom w:val="0"/>
                              <w:divBdr>
                                <w:top w:val="none" w:sz="0" w:space="0" w:color="auto"/>
                                <w:left w:val="none" w:sz="0" w:space="0" w:color="auto"/>
                                <w:bottom w:val="none" w:sz="0" w:space="0" w:color="auto"/>
                                <w:right w:val="none" w:sz="0" w:space="0" w:color="auto"/>
                              </w:divBdr>
                              <w:divsChild>
                                <w:div w:id="465975652">
                                  <w:marLeft w:val="0"/>
                                  <w:marRight w:val="0"/>
                                  <w:marTop w:val="0"/>
                                  <w:marBottom w:val="0"/>
                                  <w:divBdr>
                                    <w:top w:val="none" w:sz="0" w:space="0" w:color="auto"/>
                                    <w:left w:val="none" w:sz="0" w:space="0" w:color="auto"/>
                                    <w:bottom w:val="none" w:sz="0" w:space="0" w:color="auto"/>
                                    <w:right w:val="none" w:sz="0" w:space="0" w:color="auto"/>
                                  </w:divBdr>
                                  <w:divsChild>
                                    <w:div w:id="1354696758">
                                      <w:marLeft w:val="0"/>
                                      <w:marRight w:val="0"/>
                                      <w:marTop w:val="0"/>
                                      <w:marBottom w:val="0"/>
                                      <w:divBdr>
                                        <w:top w:val="none" w:sz="0" w:space="0" w:color="auto"/>
                                        <w:left w:val="none" w:sz="0" w:space="0" w:color="auto"/>
                                        <w:bottom w:val="none" w:sz="0" w:space="0" w:color="auto"/>
                                        <w:right w:val="none" w:sz="0" w:space="0" w:color="auto"/>
                                      </w:divBdr>
                                      <w:divsChild>
                                        <w:div w:id="446195928">
                                          <w:marLeft w:val="0"/>
                                          <w:marRight w:val="0"/>
                                          <w:marTop w:val="0"/>
                                          <w:marBottom w:val="0"/>
                                          <w:divBdr>
                                            <w:top w:val="none" w:sz="0" w:space="0" w:color="auto"/>
                                            <w:left w:val="none" w:sz="0" w:space="0" w:color="auto"/>
                                            <w:bottom w:val="none" w:sz="0" w:space="0" w:color="auto"/>
                                            <w:right w:val="none" w:sz="0" w:space="0" w:color="auto"/>
                                          </w:divBdr>
                                          <w:divsChild>
                                            <w:div w:id="72896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8209128">
          <w:marLeft w:val="0"/>
          <w:marRight w:val="0"/>
          <w:marTop w:val="0"/>
          <w:marBottom w:val="0"/>
          <w:divBdr>
            <w:top w:val="none" w:sz="0" w:space="0" w:color="auto"/>
            <w:left w:val="none" w:sz="0" w:space="0" w:color="auto"/>
            <w:bottom w:val="none" w:sz="0" w:space="0" w:color="auto"/>
            <w:right w:val="none" w:sz="0" w:space="0" w:color="auto"/>
          </w:divBdr>
          <w:divsChild>
            <w:div w:id="659309867">
              <w:marLeft w:val="0"/>
              <w:marRight w:val="0"/>
              <w:marTop w:val="0"/>
              <w:marBottom w:val="0"/>
              <w:divBdr>
                <w:top w:val="none" w:sz="0" w:space="0" w:color="auto"/>
                <w:left w:val="none" w:sz="0" w:space="0" w:color="auto"/>
                <w:bottom w:val="none" w:sz="0" w:space="0" w:color="auto"/>
                <w:right w:val="none" w:sz="0" w:space="0" w:color="auto"/>
              </w:divBdr>
              <w:divsChild>
                <w:div w:id="1289356092">
                  <w:marLeft w:val="0"/>
                  <w:marRight w:val="0"/>
                  <w:marTop w:val="0"/>
                  <w:marBottom w:val="0"/>
                  <w:divBdr>
                    <w:top w:val="none" w:sz="0" w:space="0" w:color="auto"/>
                    <w:left w:val="none" w:sz="0" w:space="0" w:color="auto"/>
                    <w:bottom w:val="none" w:sz="0" w:space="0" w:color="auto"/>
                    <w:right w:val="none" w:sz="0" w:space="0" w:color="auto"/>
                  </w:divBdr>
                  <w:divsChild>
                    <w:div w:id="695810848">
                      <w:marLeft w:val="0"/>
                      <w:marRight w:val="0"/>
                      <w:marTop w:val="0"/>
                      <w:marBottom w:val="0"/>
                      <w:divBdr>
                        <w:top w:val="none" w:sz="0" w:space="0" w:color="auto"/>
                        <w:left w:val="none" w:sz="0" w:space="0" w:color="auto"/>
                        <w:bottom w:val="none" w:sz="0" w:space="0" w:color="auto"/>
                        <w:right w:val="none" w:sz="0" w:space="0" w:color="auto"/>
                      </w:divBdr>
                      <w:divsChild>
                        <w:div w:id="2038461396">
                          <w:marLeft w:val="0"/>
                          <w:marRight w:val="0"/>
                          <w:marTop w:val="0"/>
                          <w:marBottom w:val="0"/>
                          <w:divBdr>
                            <w:top w:val="none" w:sz="0" w:space="0" w:color="auto"/>
                            <w:left w:val="none" w:sz="0" w:space="0" w:color="auto"/>
                            <w:bottom w:val="none" w:sz="0" w:space="0" w:color="auto"/>
                            <w:right w:val="none" w:sz="0" w:space="0" w:color="auto"/>
                          </w:divBdr>
                          <w:divsChild>
                            <w:div w:id="1788231197">
                              <w:marLeft w:val="0"/>
                              <w:marRight w:val="0"/>
                              <w:marTop w:val="0"/>
                              <w:marBottom w:val="0"/>
                              <w:divBdr>
                                <w:top w:val="none" w:sz="0" w:space="0" w:color="auto"/>
                                <w:left w:val="none" w:sz="0" w:space="0" w:color="auto"/>
                                <w:bottom w:val="none" w:sz="0" w:space="0" w:color="auto"/>
                                <w:right w:val="none" w:sz="0" w:space="0" w:color="auto"/>
                              </w:divBdr>
                              <w:divsChild>
                                <w:div w:id="212733722">
                                  <w:marLeft w:val="0"/>
                                  <w:marRight w:val="0"/>
                                  <w:marTop w:val="0"/>
                                  <w:marBottom w:val="0"/>
                                  <w:divBdr>
                                    <w:top w:val="none" w:sz="0" w:space="0" w:color="auto"/>
                                    <w:left w:val="none" w:sz="0" w:space="0" w:color="auto"/>
                                    <w:bottom w:val="none" w:sz="0" w:space="0" w:color="auto"/>
                                    <w:right w:val="none" w:sz="0" w:space="0" w:color="auto"/>
                                  </w:divBdr>
                                  <w:divsChild>
                                    <w:div w:id="1612279075">
                                      <w:marLeft w:val="0"/>
                                      <w:marRight w:val="0"/>
                                      <w:marTop w:val="0"/>
                                      <w:marBottom w:val="0"/>
                                      <w:divBdr>
                                        <w:top w:val="none" w:sz="0" w:space="0" w:color="auto"/>
                                        <w:left w:val="none" w:sz="0" w:space="0" w:color="auto"/>
                                        <w:bottom w:val="none" w:sz="0" w:space="0" w:color="auto"/>
                                        <w:right w:val="none" w:sz="0" w:space="0" w:color="auto"/>
                                      </w:divBdr>
                                      <w:divsChild>
                                        <w:div w:id="260115379">
                                          <w:marLeft w:val="0"/>
                                          <w:marRight w:val="0"/>
                                          <w:marTop w:val="0"/>
                                          <w:marBottom w:val="0"/>
                                          <w:divBdr>
                                            <w:top w:val="none" w:sz="0" w:space="0" w:color="auto"/>
                                            <w:left w:val="none" w:sz="0" w:space="0" w:color="auto"/>
                                            <w:bottom w:val="none" w:sz="0" w:space="0" w:color="auto"/>
                                            <w:right w:val="none" w:sz="0" w:space="0" w:color="auto"/>
                                          </w:divBdr>
                                          <w:divsChild>
                                            <w:div w:id="521210217">
                                              <w:marLeft w:val="0"/>
                                              <w:marRight w:val="0"/>
                                              <w:marTop w:val="0"/>
                                              <w:marBottom w:val="0"/>
                                              <w:divBdr>
                                                <w:top w:val="none" w:sz="0" w:space="0" w:color="auto"/>
                                                <w:left w:val="none" w:sz="0" w:space="0" w:color="auto"/>
                                                <w:bottom w:val="none" w:sz="0" w:space="0" w:color="auto"/>
                                                <w:right w:val="none" w:sz="0" w:space="0" w:color="auto"/>
                                              </w:divBdr>
                                              <w:divsChild>
                                                <w:div w:id="578057035">
                                                  <w:marLeft w:val="0"/>
                                                  <w:marRight w:val="0"/>
                                                  <w:marTop w:val="0"/>
                                                  <w:marBottom w:val="0"/>
                                                  <w:divBdr>
                                                    <w:top w:val="none" w:sz="0" w:space="0" w:color="auto"/>
                                                    <w:left w:val="none" w:sz="0" w:space="0" w:color="auto"/>
                                                    <w:bottom w:val="none" w:sz="0" w:space="0" w:color="auto"/>
                                                    <w:right w:val="none" w:sz="0" w:space="0" w:color="auto"/>
                                                  </w:divBdr>
                                                  <w:divsChild>
                                                    <w:div w:id="67407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29522-D241-493E-A9F5-A81CB464C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3</Pages>
  <Words>920</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Thanh Cong</cp:lastModifiedBy>
  <cp:revision>34</cp:revision>
  <cp:lastPrinted>2026-06-23T07:12:00Z</cp:lastPrinted>
  <dcterms:created xsi:type="dcterms:W3CDTF">2025-10-07T01:13:00Z</dcterms:created>
  <dcterms:modified xsi:type="dcterms:W3CDTF">2026-10-14T00:57:00Z</dcterms:modified>
</cp:coreProperties>
</file>